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GolfCam V3</w:t>
      </w:r>
    </w:p>
    <w:p>
      <w:pPr>
        <w:jc w:val="center"/>
      </w:pPr>
      <w:r>
        <w:rPr>
          <w:b/>
          <w:color w:val="505050"/>
          <w:sz w:val="24"/>
        </w:rPr>
        <w:t>Quick run, health check and emergency recovery</w:t>
      </w:r>
    </w:p>
    <w:p>
      <w:pPr>
        <w:jc w:val="center"/>
      </w:pPr>
      <w:r>
        <w:rPr>
          <w:i/>
          <w:sz w:val="18"/>
        </w:rPr>
        <w:t>Current architecture: Android app -&gt; REST API -&gt; two Raspberry Pi Zero W camera units</w:t>
      </w:r>
    </w:p>
    <w:p>
      <w:pPr>
        <w:pStyle w:val="Heading1"/>
      </w:pPr>
      <w:r>
        <w:t>A. Normal daily run - Android only</w:t>
      </w:r>
    </w:p>
    <w:p>
      <w:pPr>
        <w:pStyle w:val="ListNumber"/>
      </w:pPr>
      <w:r>
        <w:t>Power on golfcam1 and golfcam2.</w:t>
      </w:r>
    </w:p>
    <w:p>
      <w:pPr>
        <w:pStyle w:val="ListNumber"/>
      </w:pPr>
      <w:r>
        <w:t>Turn on home Wi-Fi or the iPhone hotspot.</w:t>
      </w:r>
    </w:p>
    <w:p>
      <w:pPr>
        <w:pStyle w:val="ListNumber"/>
      </w:pPr>
      <w:r>
        <w:t>Connect the Android phone to the same network.</w:t>
      </w:r>
    </w:p>
    <w:p>
      <w:pPr>
        <w:pStyle w:val="ListNumber"/>
      </w:pPr>
      <w:r>
        <w:t>Wait 60-90 seconds.</w:t>
      </w:r>
    </w:p>
    <w:p>
      <w:pPr>
        <w:pStyle w:val="ListNumber"/>
      </w:pPr>
      <w:r>
        <w:t>Open GolfCam.</w:t>
      </w:r>
    </w:p>
    <w:p>
      <w:pPr>
        <w:pStyle w:val="ListNumber"/>
      </w:pPr>
      <w:r>
        <w:t>Confirm Face-On and Down-the-Line show healthy/ready.</w:t>
      </w:r>
    </w:p>
    <w:p>
      <w:pPr>
        <w:pStyle w:val="ListNumber"/>
      </w:pPr>
      <w:r>
        <w:t>Tap Record Swing.</w:t>
      </w:r>
    </w:p>
    <w:p>
      <w:pPr>
        <w:pStyle w:val="ListNumber"/>
      </w:pPr>
      <w:r>
        <w:t>Wait for Recording -&gt; Processing -&gt; Downloading.</w:t>
      </w:r>
    </w:p>
    <w:p>
      <w:pPr>
        <w:pStyle w:val="ListNumber"/>
      </w:pPr>
      <w:r>
        <w:t>Use Swing Review. No laptop, SSH, PowerShell or browser is required.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4EC"/>
          </w:tcPr>
          <w:p>
            <w:r>
              <w:rPr>
                <w:b/>
              </w:rPr>
              <w:t xml:space="preserve">Note: </w:t>
            </w:r>
            <w:r>
              <w:t>Home defaults: Face-On http://192.168.1.119:8080; DTL http://192.168.1.120:8080. Hotspot addresses may differ and can be entered in Settings.</w:t>
            </w:r>
          </w:p>
        </w:tc>
      </w:tr>
    </w:tbl>
    <w:p>
      <w:pPr>
        <w:pStyle w:val="Heading1"/>
      </w:pPr>
      <w:r>
        <w:t>B. 30-second laptop health check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curl.exe http://192.168.1.119:8080/health</w:t>
              <w:br/>
              <w:t>curl.exe http://192.168.1.119:8080/status</w:t>
              <w:br/>
              <w:t>curl.exe http://192.168.1.120:8080/health</w:t>
              <w:br/>
              <w:t>curl.exe http://192.168.1.120:8080/status</w:t>
            </w:r>
          </w:p>
        </w:tc>
      </w:tr>
    </w:tbl>
    <w:p>
      <w:pPr>
        <w:spacing w:after="0"/>
      </w:pPr>
    </w:p>
    <w:p>
      <w:r>
        <w:t>Expected: golfcam1 role face, golfcam2 role dtl, both state ready.</w:t>
      </w:r>
    </w:p>
    <w:p>
      <w:pPr>
        <w:pStyle w:val="Heading1"/>
      </w:pPr>
      <w:r>
        <w:t>C. Find current IP addresses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ping golfcam1.local</w:t>
              <w:br/>
              <w:t>ping golfcam2.local</w:t>
            </w:r>
          </w:p>
        </w:tc>
      </w:tr>
    </w:tbl>
    <w:p>
      <w:pPr>
        <w:spacing w:after="0"/>
      </w:pPr>
    </w:p>
    <w:p>
      <w:r>
        <w:t>Use the addresses shown in brackets. Enter them in the app as http://&lt;IP&gt;:8080.</w:t>
      </w:r>
    </w:p>
    <w:p>
      <w:pPr>
        <w:pStyle w:val="Heading1"/>
      </w:pPr>
      <w:r>
        <w:t>D. Restart the Face-On REST service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golf@golfcam1.local</w:t>
              <w:br/>
              <w:t>sudo systemctl restart golfcam</w:t>
              <w:br/>
              <w:t>sudo systemctl status golfcam --no-pager</w:t>
              <w:br/>
              <w:t>curl http://127.0.0.1:8080/health</w:t>
              <w:br/>
              <w:t>exit</w:t>
            </w:r>
          </w:p>
        </w:tc>
      </w:tr>
    </w:tbl>
    <w:p>
      <w:pPr>
        <w:spacing w:after="0"/>
      </w:pPr>
    </w:p>
    <w:p>
      <w:pPr>
        <w:pStyle w:val="Heading1"/>
      </w:pPr>
      <w:r>
        <w:t>E. Restart the DTL REST service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golf@golfcam2.local</w:t>
              <w:br/>
              <w:t>sudo systemctl restart golfcam</w:t>
              <w:br/>
              <w:t>sudo systemctl status golfcam --no-pager</w:t>
              <w:br/>
              <w:t>curl http://127.0.0.1:8080/health</w:t>
              <w:br/>
              <w:t>exit</w:t>
            </w:r>
          </w:p>
        </w:tc>
      </w:tr>
    </w:tbl>
    <w:p>
      <w:pPr>
        <w:spacing w:after="0"/>
      </w:pPr>
    </w:p>
    <w:p>
      <w:pPr>
        <w:pStyle w:val="Heading1"/>
      </w:pPr>
      <w:r>
        <w:t>F. Check the latest real videos on each Pi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ssh golf@golfcam1.local "ls -lh /home/golf/recordings/latest.mp4 &amp;&amp; ffprobe -v error -show_entries format=duration,size -of default=noprint_wrappers=1 /home/golf/recordings/latest.mp4"</w:t>
              <w:br/>
              <w:t>ssh golf@golfcam2.local "ls -lh /home/golf/recordings/latest.mp4 &amp;&amp; ffprobe -v error -show_entries format=duration,size -of default=noprint_wrappers=1 /home/golf/recordings/latest.mp4"</w:t>
            </w:r>
          </w:p>
        </w:tc>
      </w:tr>
    </w:tbl>
    <w:p>
      <w:pPr>
        <w:spacing w:after="0"/>
      </w:pPr>
    </w:p>
    <w:p>
      <w:pPr>
        <w:pStyle w:val="Heading1"/>
      </w:pPr>
      <w:r>
        <w:t>G. Download latest files to Windows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curl.exe --retry 3 --retry-delay 2 -o "$HOME\face-latest.mp4" http://192.168.1.119:8080/download/latest</w:t>
              <w:br/>
              <w:t>curl.exe --retry 3 --retry-delay 2 -o "$HOME\dtl-latest.mp4" http://192.168.1.120:8080/download/latest</w:t>
              <w:br/>
              <w:t>start "$HOME\face-latest.mp4"</w:t>
              <w:br/>
              <w:t>start "$HOME\dtl-latest.mp4"</w:t>
            </w:r>
          </w:p>
        </w:tc>
      </w:tr>
    </w:tbl>
    <w:p>
      <w:pPr>
        <w:spacing w:after="0"/>
      </w:pPr>
    </w:p>
    <w:p>
      <w:pPr>
        <w:pStyle w:val="Heading1"/>
      </w:pPr>
      <w:r>
        <w:t>H. Full dual-camera diagnostic test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powershell -ExecutionPolicy Bypass -File "$HOME\GolfCam-Dual-REST-Test.ps1"</w:t>
            </w:r>
          </w:p>
        </w:tc>
      </w:tr>
    </w:tbl>
    <w:p>
      <w:pPr>
        <w:spacing w:after="0"/>
      </w:pPr>
    </w:p>
    <w:p>
      <w:r>
        <w:t>The complete setup manual contains the full contents of GolfCam-Dual-REST-Test.ps1.</w:t>
      </w:r>
    </w:p>
    <w:p>
      <w:pPr>
        <w:pStyle w:val="Heading1"/>
      </w:pPr>
      <w:r>
        <w:t>I. Build and reinstall the Android APK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2F4F2"/>
            <w:vAlign w:val="top"/>
          </w:tcPr>
          <w:p>
            <w:pPr>
              <w:spacing w:after="0" w:before="0"/>
            </w:pPr>
            <w:r>
              <w:rPr>
                <w:rFonts w:ascii="Consolas" w:hAnsi="Consolas"/>
                <w:sz w:val="14"/>
              </w:rPr>
              <w:t>cd "C:\Users\mitul\OneDrive\Training camera project\Android App\GolfCam_Android_MVP"</w:t>
              <w:br/>
              <w:t>.\gradlew.bat clean assembleDebug</w:t>
              <w:br/>
              <w:t>.\gradlew.bat testDebugUnitTest</w:t>
              <w:br/>
              <w:t>$adb = "$env:LOCALAPPDATA\Android\Sdk\platform-tools\adb.exe"</w:t>
              <w:br/>
              <w:t>&amp; $adb devices</w:t>
              <w:br/>
              <w:t>&amp; $adb install -r ".\app\build\outputs\apk\debug\app-debug.apk"</w:t>
            </w:r>
          </w:p>
        </w:tc>
      </w:tr>
    </w:tbl>
    <w:p>
      <w:pPr>
        <w:spacing w:after="0"/>
      </w:pPr>
    </w:p>
    <w:p>
      <w:pPr>
        <w:pStyle w:val="Heading1"/>
      </w:pPr>
      <w:r>
        <w:t>J. Fast fault 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DEBDD"/>
          </w:tcPr>
          <w:p>
            <w:r>
              <w:t>Symptom</w:t>
            </w:r>
          </w:p>
        </w:tc>
        <w:tc>
          <w:tcPr>
            <w:tcW w:type="dxa" w:w="5184"/>
            <w:shd w:fill="DDEBDD"/>
          </w:tcPr>
          <w:p>
            <w:r>
              <w:t>First action</w:t>
            </w:r>
          </w:p>
        </w:tc>
      </w:tr>
      <w:tr>
        <w:tc>
          <w:tcPr>
            <w:tcW w:type="dxa" w:w="5184"/>
          </w:tcPr>
          <w:p>
            <w:r>
              <w:t>Camera unhealthy</w:t>
            </w:r>
          </w:p>
        </w:tc>
        <w:tc>
          <w:tcPr>
            <w:tcW w:type="dxa" w:w="5184"/>
          </w:tcPr>
          <w:p>
            <w:r>
              <w:t>Run /health and restart that Pi service.</w:t>
            </w:r>
          </w:p>
        </w:tc>
      </w:tr>
      <w:tr>
        <w:tc>
          <w:tcPr>
            <w:tcW w:type="dxa" w:w="5184"/>
          </w:tcPr>
          <w:p>
            <w:r>
              <w:t>Connection refused on 8080</w:t>
            </w:r>
          </w:p>
        </w:tc>
        <w:tc>
          <w:tcPr>
            <w:tcW w:type="dxa" w:w="5184"/>
          </w:tcPr>
          <w:p>
            <w:r>
              <w:t>Check systemctl status golfcam.</w:t>
            </w:r>
          </w:p>
        </w:tc>
      </w:tr>
      <w:tr>
        <w:tc>
          <w:tcPr>
            <w:tcW w:type="dxa" w:w="5184"/>
          </w:tcPr>
          <w:p>
            <w:r>
              <w:t>Recording error</w:t>
            </w:r>
          </w:p>
        </w:tc>
        <w:tc>
          <w:tcPr>
            <w:tcW w:type="dxa" w:w="5184"/>
          </w:tcPr>
          <w:p>
            <w:r>
              <w:t>Read /status and journalctl; verify imx708 and ffmpeg.</w:t>
            </w:r>
          </w:p>
        </w:tc>
      </w:tr>
      <w:tr>
        <w:tc>
          <w:tcPr>
            <w:tcW w:type="dxa" w:w="5184"/>
          </w:tcPr>
          <w:p>
            <w:r>
              <w:t>Download reset</w:t>
            </w:r>
          </w:p>
        </w:tc>
        <w:tc>
          <w:tcPr>
            <w:tcW w:type="dxa" w:w="5184"/>
          </w:tcPr>
          <w:p>
            <w:r>
              <w:t>Retry; restart service; check Wi-Fi.</w:t>
            </w:r>
          </w:p>
        </w:tc>
      </w:tr>
      <w:tr>
        <w:tc>
          <w:tcPr>
            <w:tcW w:type="dxa" w:w="5184"/>
          </w:tcPr>
          <w:p>
            <w:r>
              <w:t>One black panel</w:t>
            </w:r>
          </w:p>
        </w:tc>
        <w:tc>
          <w:tcPr>
            <w:tcW w:type="dxa" w:w="5184"/>
          </w:tcPr>
          <w:p>
            <w:r>
              <w:t>Open that Pi MP4 on Windows to separate camera vs app playback.</w:t>
            </w:r>
          </w:p>
        </w:tc>
      </w:tr>
      <w:tr>
        <w:tc>
          <w:tcPr>
            <w:tcW w:type="dxa" w:w="5184"/>
          </w:tcPr>
          <w:p>
            <w:r>
              <w:t>App uses old address</w:t>
            </w:r>
          </w:p>
        </w:tc>
        <w:tc>
          <w:tcPr>
            <w:tcW w:type="dxa" w:w="5184"/>
          </w:tcPr>
          <w:p>
            <w:r>
              <w:t>Update base URLs in Settings.</w:t>
            </w:r>
          </w:p>
        </w:tc>
      </w:tr>
      <w:tr>
        <w:tc>
          <w:tcPr>
            <w:tcW w:type="dxa" w:w="5184"/>
          </w:tcPr>
          <w:p>
            <w:r>
              <w:t>No hotspot connection</w:t>
            </w:r>
          </w:p>
        </w:tc>
        <w:tc>
          <w:tcPr>
            <w:tcW w:type="dxa" w:w="5184"/>
          </w:tcPr>
          <w:p>
            <w:r>
              <w:t>Enable Maximize Compatibility and confirm saved Wi-Fi profile.</w:t>
            </w:r>
          </w:p>
        </w:tc>
      </w:tr>
      <w:tr>
        <w:tc>
          <w:tcPr>
            <w:tcW w:type="dxa" w:w="5184"/>
          </w:tcPr>
          <w:p>
            <w:r>
              <w:t>No battery %</w:t>
            </w:r>
          </w:p>
        </w:tc>
        <w:tc>
          <w:tcPr>
            <w:tcW w:type="dxa" w:w="5184"/>
          </w:tcPr>
          <w:p>
            <w:r>
              <w:t>Expected with current LiPo SHIM hardware.</w:t>
            </w:r>
          </w:p>
        </w:tc>
      </w:tr>
    </w:tbl>
    <w:p>
      <w:pPr>
        <w:pStyle w:val="Heading1"/>
      </w:pPr>
      <w:r>
        <w:t>K. RTSP Live Preview</w:t>
      </w:r>
    </w:p>
    <w:p>
      <w:r>
        <w:t>Camera alignment now uses live RTSP instead of JPEG polling.</w:t>
      </w:r>
    </w:p>
    <w:p>
      <w:pPr>
        <w:pStyle w:val="ListBullet"/>
      </w:pPr>
      <w:r>
        <w:t>Alignment preview: rtsp://192.168.1.119:8554/preview</w:t>
      </w:r>
    </w:p>
    <w:p>
      <w:pPr>
        <w:pStyle w:val="ListBullet"/>
      </w:pPr>
      <w:r>
        <w:t>DTL preview: rtsp://192.168.1.120:8554/preview</w:t>
      </w:r>
    </w:p>
    <w:p>
      <w:pPr>
        <w:pStyle w:val="ListBullet"/>
      </w:pPr>
      <w:r>
        <w:t>Android uses Media3 RTSP.</w:t>
      </w:r>
    </w:p>
    <w:p>
      <w:pPr>
        <w:pStyle w:val="ListBullet"/>
      </w:pPr>
      <w:r>
        <w:t>REST recording remains on port 8080.</w:t>
      </w:r>
    </w:p>
    <w:p>
      <w:pPr>
        <w:pStyle w:val="ListBullet"/>
      </w:pPr>
      <w:r>
        <w:t>If alignment works but recording reports camera busy, close the alignment screen and retry after ~1 second.</w:t>
      </w:r>
    </w:p>
    <w:p>
      <w:pPr>
        <w:pStyle w:val="ListBullet"/>
      </w:pPr>
      <w:r>
        <w:t>Verify MediaMTX: sudo systemctl status mediamtx --no-pager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46464"/>
        <w:sz w:val="16"/>
      </w:rPr>
      <w:t>GolfCam V2 Quick Run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A5C3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54545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A5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A5C3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