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GolfCam V3</w:t>
      </w:r>
    </w:p>
    <w:p>
      <w:pPr>
        <w:jc w:val="center"/>
      </w:pPr>
      <w:r>
        <w:rPr>
          <w:b/>
          <w:color w:val="505050"/>
          <w:sz w:val="24"/>
        </w:rPr>
        <w:t>Complete setup, REST firmware, Android deployment, operation and troubleshooting</w:t>
      </w:r>
    </w:p>
    <w:p>
      <w:pPr>
        <w:jc w:val="center"/>
      </w:pPr>
      <w:r>
        <w:rPr>
          <w:i/>
          <w:sz w:val="18"/>
        </w:rPr>
        <w:t>Current architecture: Android app -&gt; REST API -&gt; two Raspberry Pi Zero W camera units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EAF4EC"/>
          </w:tcPr>
          <w:p>
            <w:r>
              <w:rPr>
                <w:b/>
              </w:rPr>
              <w:t xml:space="preserve">Note: </w:t>
            </w:r>
            <w:r>
              <w:t>This manual replaces the V1 laptop-controlled SSH/browser workflow as the primary method. The Windows scripts remain useful only as diagnostics or fallback.</w:t>
            </w:r>
          </w:p>
        </w:tc>
      </w:tr>
    </w:tbl>
    <w:p>
      <w:pPr>
        <w:pStyle w:val="Heading1"/>
      </w:pPr>
      <w:r>
        <w:t>1. Final V2 system</w:t>
      </w:r>
    </w:p>
    <w:p>
      <w:pPr>
        <w:pStyle w:val="ListBullet"/>
      </w:pPr>
      <w:r>
        <w:t>Two Raspberry Pi Zero W/WH units with Camera Module 3 Standard and 200 mm ribbon cables.</w:t>
      </w:r>
    </w:p>
    <w:p>
      <w:pPr>
        <w:pStyle w:val="ListBullet"/>
      </w:pPr>
      <w:r>
        <w:t>Each Pi runs an always-on Flask REST service on TCP port 8080.</w:t>
      </w:r>
    </w:p>
    <w:p>
      <w:pPr>
        <w:pStyle w:val="ListBullet"/>
      </w:pPr>
      <w:r>
        <w:t>The Android app checks both cameras, starts recordings concurrently, polls status, downloads both MP4 files, and opens native dual-video review.</w:t>
      </w:r>
    </w:p>
    <w:p>
      <w:pPr>
        <w:pStyle w:val="ListBullet"/>
      </w:pPr>
      <w:r>
        <w:t>The phone, both Pis, and any diagnostic laptop must be on the same home Wi-Fi or iPhone hotspot.</w:t>
      </w:r>
    </w:p>
    <w:p>
      <w:pPr>
        <w:pStyle w:val="ListBullet"/>
      </w:pPr>
      <w:r>
        <w:t>Current home network defaults: Face-On 192.168.1.119:8080; Down-the-Line 192.168.1.120:8080. These URLs remain editable in the app.</w:t>
      </w:r>
    </w:p>
    <w:p>
      <w:pPr>
        <w:pStyle w:val="ListBullet"/>
      </w:pPr>
      <w:r>
        <w:t>No SSH key is required by the Android app. SSH remains enabled for maintenance only.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F2F4F2"/>
            <w:vAlign w:val="top"/>
          </w:tcPr>
          <w:p>
            <w:pPr>
              <w:spacing w:after="0" w:before="0"/>
            </w:pPr>
            <w:r>
              <w:rPr>
                <w:rFonts w:ascii="Consolas" w:hAnsi="Consolas"/>
                <w:sz w:val="14"/>
              </w:rPr>
              <w:t>Android phone</w:t>
              <w:br/>
              <w:t xml:space="preserve">  |</w:t>
              <w:br/>
              <w:t xml:space="preserve">  +-- HTTP --&gt; golfcam1 / face / port 8080</w:t>
              <w:br/>
              <w:t xml:space="preserve">  +-- HTTP --&gt; golfcam2 / dtl  / port 8080</w:t>
              <w:br/>
              <w:br/>
              <w:t>Each Pi: rpicam-vid -&gt; latest.h264 -&gt; ffmpeg remux -&gt; latest.mp4</w:t>
              <w:br/>
              <w:t>Android: concurrent record -&gt; status polling -&gt; concurrent download -&gt; native review</w:t>
            </w:r>
          </w:p>
        </w:tc>
      </w:tr>
    </w:tbl>
    <w:p>
      <w:pPr>
        <w:spacing w:after="0"/>
      </w:pPr>
    </w:p>
    <w:p>
      <w:pPr>
        <w:pStyle w:val="Heading1"/>
      </w:pPr>
      <w:r>
        <w:t>2. Hardware checklist and assembly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89"/>
        <w:gridCol w:w="3389"/>
        <w:gridCol w:w="3389"/>
      </w:tblGrid>
      <w:tr>
        <w:tc>
          <w:tcPr>
            <w:tcW w:type="dxa" w:w="3389"/>
            <w:shd w:fill="DDEBDD"/>
          </w:tcPr>
          <w:p>
            <w:r>
              <w:t>Item</w:t>
            </w:r>
          </w:p>
        </w:tc>
        <w:tc>
          <w:tcPr>
            <w:tcW w:type="dxa" w:w="3389"/>
            <w:shd w:fill="DDEBDD"/>
          </w:tcPr>
          <w:p>
            <w:r>
              <w:t>Quantity</w:t>
            </w:r>
          </w:p>
        </w:tc>
        <w:tc>
          <w:tcPr>
            <w:tcW w:type="dxa" w:w="3389"/>
            <w:shd w:fill="DDEBDD"/>
          </w:tcPr>
          <w:p>
            <w:r>
              <w:t>Purpose</w:t>
            </w:r>
          </w:p>
        </w:tc>
      </w:tr>
      <w:tr>
        <w:tc>
          <w:tcPr>
            <w:tcW w:type="dxa" w:w="3389"/>
          </w:tcPr>
          <w:p>
            <w:r>
              <w:t>Raspberry Pi Zero W or WH</w:t>
            </w:r>
          </w:p>
        </w:tc>
        <w:tc>
          <w:tcPr>
            <w:tcW w:type="dxa" w:w="3389"/>
          </w:tcPr>
          <w:p>
            <w:r>
              <w:t>2</w:t>
            </w:r>
          </w:p>
        </w:tc>
        <w:tc>
          <w:tcPr>
            <w:tcW w:type="dxa" w:w="3389"/>
          </w:tcPr>
          <w:p>
            <w:r>
              <w:t>Face-On and DTL nodes</w:t>
            </w:r>
          </w:p>
        </w:tc>
      </w:tr>
      <w:tr>
        <w:tc>
          <w:tcPr>
            <w:tcW w:type="dxa" w:w="3389"/>
          </w:tcPr>
          <w:p>
            <w:r>
              <w:t>Camera Module 3 Standard</w:t>
            </w:r>
          </w:p>
        </w:tc>
        <w:tc>
          <w:tcPr>
            <w:tcW w:type="dxa" w:w="3389"/>
          </w:tcPr>
          <w:p>
            <w:r>
              <w:t>2</w:t>
            </w:r>
          </w:p>
        </w:tc>
        <w:tc>
          <w:tcPr>
            <w:tcW w:type="dxa" w:w="3389"/>
          </w:tcPr>
          <w:p>
            <w:r>
              <w:t>Video capture</w:t>
            </w:r>
          </w:p>
        </w:tc>
      </w:tr>
      <w:tr>
        <w:tc>
          <w:tcPr>
            <w:tcW w:type="dxa" w:w="3389"/>
          </w:tcPr>
          <w:p>
            <w:r>
              <w:t>Pi Zero camera ribbon, 200 mm</w:t>
            </w:r>
          </w:p>
        </w:tc>
        <w:tc>
          <w:tcPr>
            <w:tcW w:type="dxa" w:w="3389"/>
          </w:tcPr>
          <w:p>
            <w:r>
              <w:t>2</w:t>
            </w:r>
          </w:p>
        </w:tc>
        <w:tc>
          <w:tcPr>
            <w:tcW w:type="dxa" w:w="3389"/>
          </w:tcPr>
          <w:p>
            <w:r>
              <w:t>Camera link</w:t>
            </w:r>
          </w:p>
        </w:tc>
      </w:tr>
      <w:tr>
        <w:tc>
          <w:tcPr>
            <w:tcW w:type="dxa" w:w="3389"/>
          </w:tcPr>
          <w:p>
            <w:r>
              <w:t>microSD card</w:t>
            </w:r>
          </w:p>
        </w:tc>
        <w:tc>
          <w:tcPr>
            <w:tcW w:type="dxa" w:w="3389"/>
          </w:tcPr>
          <w:p>
            <w:r>
              <w:t>2</w:t>
            </w:r>
          </w:p>
        </w:tc>
        <w:tc>
          <w:tcPr>
            <w:tcW w:type="dxa" w:w="3389"/>
          </w:tcPr>
          <w:p>
            <w:r>
              <w:t>Raspberry Pi OS</w:t>
            </w:r>
          </w:p>
        </w:tc>
      </w:tr>
      <w:tr>
        <w:tc>
          <w:tcPr>
            <w:tcW w:type="dxa" w:w="3389"/>
          </w:tcPr>
          <w:p>
            <w:r>
              <w:t>Pimoroni LiPo SHIM</w:t>
            </w:r>
          </w:p>
        </w:tc>
        <w:tc>
          <w:tcPr>
            <w:tcW w:type="dxa" w:w="3389"/>
          </w:tcPr>
          <w:p>
            <w:r>
              <w:t>2</w:t>
            </w:r>
          </w:p>
        </w:tc>
        <w:tc>
          <w:tcPr>
            <w:tcW w:type="dxa" w:w="3389"/>
          </w:tcPr>
          <w:p>
            <w:r>
              <w:t>Portable power</w:t>
            </w:r>
          </w:p>
        </w:tc>
      </w:tr>
      <w:tr>
        <w:tc>
          <w:tcPr>
            <w:tcW w:type="dxa" w:w="3389"/>
          </w:tcPr>
          <w:p>
            <w:r>
              <w:t>3.7 V 1200 mAh LiPo</w:t>
            </w:r>
          </w:p>
        </w:tc>
        <w:tc>
          <w:tcPr>
            <w:tcW w:type="dxa" w:w="3389"/>
          </w:tcPr>
          <w:p>
            <w:r>
              <w:t>2</w:t>
            </w:r>
          </w:p>
        </w:tc>
        <w:tc>
          <w:tcPr>
            <w:tcW w:type="dxa" w:w="3389"/>
          </w:tcPr>
          <w:p>
            <w:r>
              <w:t>Portable battery</w:t>
            </w:r>
          </w:p>
        </w:tc>
      </w:tr>
      <w:tr>
        <w:tc>
          <w:tcPr>
            <w:tcW w:type="dxa" w:w="3389"/>
          </w:tcPr>
          <w:p>
            <w:r>
              <w:t>Tripod/enclosure</w:t>
            </w:r>
          </w:p>
        </w:tc>
        <w:tc>
          <w:tcPr>
            <w:tcW w:type="dxa" w:w="3389"/>
          </w:tcPr>
          <w:p>
            <w:r>
              <w:t>2</w:t>
            </w:r>
          </w:p>
        </w:tc>
        <w:tc>
          <w:tcPr>
            <w:tcW w:type="dxa" w:w="3389"/>
          </w:tcPr>
          <w:p>
            <w:r>
              <w:t>Stable positioning</w:t>
            </w:r>
          </w:p>
        </w:tc>
      </w:tr>
      <w:tr>
        <w:tc>
          <w:tcPr>
            <w:tcW w:type="dxa" w:w="3389"/>
          </w:tcPr>
          <w:p>
            <w:r>
              <w:t>Android phone</w:t>
            </w:r>
          </w:p>
        </w:tc>
        <w:tc>
          <w:tcPr>
            <w:tcW w:type="dxa" w:w="3389"/>
          </w:tcPr>
          <w:p>
            <w:r>
              <w:t>1</w:t>
            </w:r>
          </w:p>
        </w:tc>
        <w:tc>
          <w:tcPr>
            <w:tcW w:type="dxa" w:w="3389"/>
          </w:tcPr>
          <w:p>
            <w:r>
              <w:t>Control and review</w:t>
            </w:r>
          </w:p>
        </w:tc>
      </w:tr>
      <w:tr>
        <w:tc>
          <w:tcPr>
            <w:tcW w:type="dxa" w:w="3389"/>
          </w:tcPr>
          <w:p>
            <w:r>
              <w:t>Windows laptop</w:t>
            </w:r>
          </w:p>
        </w:tc>
        <w:tc>
          <w:tcPr>
            <w:tcW w:type="dxa" w:w="3389"/>
          </w:tcPr>
          <w:p>
            <w:r>
              <w:t>1</w:t>
            </w:r>
          </w:p>
        </w:tc>
        <w:tc>
          <w:tcPr>
            <w:tcW w:type="dxa" w:w="3389"/>
          </w:tcPr>
          <w:p>
            <w:r>
              <w:t>Initial setup and diagnostics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EAF4EC"/>
          </w:tcPr>
          <w:p>
            <w:r>
              <w:rPr>
                <w:b/>
              </w:rPr>
              <w:t xml:space="preserve">Note: </w:t>
            </w:r>
            <w:r>
              <w:t>Power off each Pi before inserting or reseating the camera ribbon. The original Pi Zero W supports 2.4 GHz Wi-Fi only.</w:t>
            </w:r>
          </w:p>
        </w:tc>
      </w:tr>
    </w:tbl>
    <w:p>
      <w:pPr>
        <w:pStyle w:val="Heading1"/>
      </w:pPr>
      <w:r>
        <w:t>3. Fresh SD-card preparation (only when building from scratch)</w:t>
      </w:r>
    </w:p>
    <w:p>
      <w:r>
        <w:t>Existing working SD cards do not need to be reflashed. For a new installation, use Raspberry Pi Imager and configure each card separately:</w:t>
      </w:r>
    </w:p>
    <w:p>
      <w:pPr>
        <w:pStyle w:val="Heading2"/>
      </w:pPr>
      <w:r>
        <w:t>3.1 Face-On SD card</w:t>
      </w:r>
    </w:p>
    <w:p>
      <w:pPr>
        <w:pStyle w:val="ListBullet"/>
      </w:pPr>
      <w:r>
        <w:t>OS: Raspberry Pi OS Lite (32-bit)</w:t>
      </w:r>
    </w:p>
    <w:p>
      <w:pPr>
        <w:pStyle w:val="ListBullet"/>
      </w:pPr>
      <w:r>
        <w:t>Hostname: golfcam1</w:t>
      </w:r>
    </w:p>
    <w:p>
      <w:pPr>
        <w:pStyle w:val="ListBullet"/>
      </w:pPr>
      <w:r>
        <w:t>Username: golf</w:t>
      </w:r>
    </w:p>
    <w:p>
      <w:pPr>
        <w:pStyle w:val="ListBullet"/>
      </w:pPr>
      <w:r>
        <w:t>Enable SSH</w:t>
      </w:r>
    </w:p>
    <w:p>
      <w:pPr>
        <w:pStyle w:val="ListBullet"/>
      </w:pPr>
      <w:r>
        <w:t>Set a strong password</w:t>
      </w:r>
    </w:p>
    <w:p>
      <w:pPr>
        <w:pStyle w:val="ListBullet"/>
      </w:pPr>
      <w:r>
        <w:t>Set the 2.4 GHz home Wi-Fi SSID/password</w:t>
      </w:r>
    </w:p>
    <w:p>
      <w:pPr>
        <w:pStyle w:val="ListBullet"/>
      </w:pPr>
      <w:r>
        <w:t>Wireless LAN country: CH when used in Switzerland</w:t>
      </w:r>
    </w:p>
    <w:p>
      <w:pPr>
        <w:pStyle w:val="Heading2"/>
      </w:pPr>
      <w:r>
        <w:t>3.2 Down-the-Line SD card</w:t>
      </w:r>
    </w:p>
    <w:p>
      <w:pPr>
        <w:pStyle w:val="ListBullet"/>
      </w:pPr>
      <w:r>
        <w:t>OS: Raspberry Pi OS Lite (32-bit)</w:t>
      </w:r>
    </w:p>
    <w:p>
      <w:pPr>
        <w:pStyle w:val="ListBullet"/>
      </w:pPr>
      <w:r>
        <w:t>Hostname: golfcam2</w:t>
      </w:r>
    </w:p>
    <w:p>
      <w:pPr>
        <w:pStyle w:val="ListBullet"/>
      </w:pPr>
      <w:r>
        <w:t>Username: golf</w:t>
      </w:r>
    </w:p>
    <w:p>
      <w:pPr>
        <w:pStyle w:val="ListBullet"/>
      </w:pPr>
      <w:r>
        <w:t>Enable SSH</w:t>
      </w:r>
    </w:p>
    <w:p>
      <w:pPr>
        <w:pStyle w:val="ListBullet"/>
      </w:pPr>
      <w:r>
        <w:t>Set a strong password</w:t>
      </w:r>
    </w:p>
    <w:p>
      <w:pPr>
        <w:pStyle w:val="ListBullet"/>
      </w:pPr>
      <w:r>
        <w:t>Set the 2.4 GHz home Wi-Fi SSID/password</w:t>
      </w:r>
    </w:p>
    <w:p>
      <w:pPr>
        <w:pStyle w:val="ListBullet"/>
      </w:pPr>
      <w:r>
        <w:t>Wireless LAN country: CH when used in Switzerland</w:t>
      </w:r>
    </w:p>
    <w:p>
      <w:pPr>
        <w:pStyle w:val="Heading1"/>
      </w:pPr>
      <w:r>
        <w:t>4. Network setup on each Pi</w:t>
      </w:r>
    </w:p>
    <w:p>
      <w:pPr>
        <w:pStyle w:val="Heading2"/>
      </w:pPr>
      <w:r>
        <w:t>4.1 Verify golfcam1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F2F4F2"/>
            <w:vAlign w:val="top"/>
          </w:tcPr>
          <w:p>
            <w:pPr>
              <w:spacing w:after="0" w:before="0"/>
            </w:pPr>
            <w:r>
              <w:rPr>
                <w:rFonts w:ascii="Consolas" w:hAnsi="Consolas"/>
                <w:sz w:val="14"/>
              </w:rPr>
              <w:t>ssh golf@golfcam1.local hostname</w:t>
              <w:br/>
              <w:t>ssh golf@golfcam1.local "hostname -I"</w:t>
              <w:br/>
              <w:t>ssh golf@golfcam1.local "rpicam-vid --list-cameras"</w:t>
            </w:r>
          </w:p>
        </w:tc>
      </w:tr>
    </w:tbl>
    <w:p>
      <w:pPr>
        <w:spacing w:after="0"/>
      </w:pPr>
    </w:p>
    <w:p>
      <w:r>
        <w:t>Expected hostname: golfcam1. Camera output must include imx708.</w:t>
      </w:r>
    </w:p>
    <w:p>
      <w:pPr>
        <w:pStyle w:val="Heading2"/>
      </w:pPr>
      <w:r>
        <w:t>4.2 Verify golfcam2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F2F4F2"/>
            <w:vAlign w:val="top"/>
          </w:tcPr>
          <w:p>
            <w:pPr>
              <w:spacing w:after="0" w:before="0"/>
            </w:pPr>
            <w:r>
              <w:rPr>
                <w:rFonts w:ascii="Consolas" w:hAnsi="Consolas"/>
                <w:sz w:val="14"/>
              </w:rPr>
              <w:t>ssh golf@golfcam2.local hostname</w:t>
              <w:br/>
              <w:t>ssh golf@golfcam2.local "hostname -I"</w:t>
              <w:br/>
              <w:t>ssh golf@golfcam2.local "rpicam-vid --list-cameras"</w:t>
            </w:r>
          </w:p>
        </w:tc>
      </w:tr>
    </w:tbl>
    <w:p>
      <w:pPr>
        <w:spacing w:after="0"/>
      </w:pPr>
    </w:p>
    <w:p>
      <w:r>
        <w:t>Expected hostname: golfcam2. Camera output must include imx708.</w:t>
      </w:r>
    </w:p>
    <w:p>
      <w:pPr>
        <w:pStyle w:val="Heading2"/>
      </w:pPr>
      <w:r>
        <w:t>4.3 Add the iPhone hotspot as a second saved network</w:t>
      </w:r>
    </w:p>
    <w:p>
      <w:r>
        <w:t>Perform the following on golfcam1: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F2F4F2"/>
            <w:vAlign w:val="top"/>
          </w:tcPr>
          <w:p>
            <w:pPr>
              <w:spacing w:after="0" w:before="0"/>
            </w:pPr>
            <w:r>
              <w:rPr>
                <w:rFonts w:ascii="Consolas" w:hAnsi="Consolas"/>
                <w:sz w:val="14"/>
              </w:rPr>
              <w:t>ssh golf@golfcam1.local</w:t>
              <w:br/>
              <w:t>sudo nmtui</w:t>
            </w:r>
          </w:p>
        </w:tc>
      </w:tr>
    </w:tbl>
    <w:p>
      <w:pPr>
        <w:spacing w:after="0"/>
      </w:pPr>
    </w:p>
    <w:p>
      <w:pPr>
        <w:pStyle w:val="ListNumber"/>
      </w:pPr>
      <w:r>
        <w:t>Choose Edit a connection -&gt; Add -&gt; Wi-Fi.</w:t>
      </w:r>
    </w:p>
    <w:p>
      <w:pPr>
        <w:pStyle w:val="ListNumber"/>
      </w:pPr>
      <w:r>
        <w:t>Profile name: Mitul iPhone Hotspot (or another clear label).</w:t>
      </w:r>
    </w:p>
    <w:p>
      <w:pPr>
        <w:pStyle w:val="ListNumber"/>
      </w:pPr>
      <w:r>
        <w:t>SSID: exactly the iPhone device/hotspot name.</w:t>
      </w:r>
    </w:p>
    <w:p>
      <w:pPr>
        <w:pStyle w:val="ListNumber"/>
      </w:pPr>
      <w:r>
        <w:t>Security: WPA &amp; WPA2 Personal.</w:t>
      </w:r>
    </w:p>
    <w:p>
      <w:pPr>
        <w:pStyle w:val="ListNumber"/>
      </w:pPr>
      <w:r>
        <w:t>Password: enter the current hotspot password.</w:t>
      </w:r>
    </w:p>
    <w:p>
      <w:pPr>
        <w:pStyle w:val="ListNumber"/>
      </w:pPr>
      <w:r>
        <w:t>Enable Automatically connect and Available to all users.</w:t>
      </w:r>
    </w:p>
    <w:p>
      <w:pPr>
        <w:pStyle w:val="ListNumber"/>
      </w:pPr>
      <w:r>
        <w:t>Save and exit.</w:t>
      </w:r>
    </w:p>
    <w:p>
      <w:r>
        <w:t>Perform the following separately on golfcam2: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F2F4F2"/>
            <w:vAlign w:val="top"/>
          </w:tcPr>
          <w:p>
            <w:pPr>
              <w:spacing w:after="0" w:before="0"/>
            </w:pPr>
            <w:r>
              <w:rPr>
                <w:rFonts w:ascii="Consolas" w:hAnsi="Consolas"/>
                <w:sz w:val="14"/>
              </w:rPr>
              <w:t>ssh golf@golfcam2.local</w:t>
              <w:br/>
              <w:t>sudo nmtui</w:t>
            </w:r>
          </w:p>
        </w:tc>
      </w:tr>
    </w:tbl>
    <w:p>
      <w:pPr>
        <w:spacing w:after="0"/>
      </w:pPr>
    </w:p>
    <w:p>
      <w:pPr>
        <w:pStyle w:val="ListNumber"/>
      </w:pPr>
      <w:r>
        <w:t>Choose Edit a connection -&gt; Add -&gt; Wi-Fi.</w:t>
      </w:r>
    </w:p>
    <w:p>
      <w:pPr>
        <w:pStyle w:val="ListNumber"/>
      </w:pPr>
      <w:r>
        <w:t>Profile name: Mitul iPhone Hotspot (or another clear label).</w:t>
      </w:r>
    </w:p>
    <w:p>
      <w:pPr>
        <w:pStyle w:val="ListNumber"/>
      </w:pPr>
      <w:r>
        <w:t>SSID: exactly the iPhone device/hotspot name.</w:t>
      </w:r>
    </w:p>
    <w:p>
      <w:pPr>
        <w:pStyle w:val="ListNumber"/>
      </w:pPr>
      <w:r>
        <w:t>Security: WPA &amp; WPA2 Personal.</w:t>
      </w:r>
    </w:p>
    <w:p>
      <w:pPr>
        <w:pStyle w:val="ListNumber"/>
      </w:pPr>
      <w:r>
        <w:t>Password: enter the current hotspot password.</w:t>
      </w:r>
    </w:p>
    <w:p>
      <w:pPr>
        <w:pStyle w:val="ListNumber"/>
      </w:pPr>
      <w:r>
        <w:t>Enable Automatically connect and Available to all users.</w:t>
      </w:r>
    </w:p>
    <w:p>
      <w:pPr>
        <w:pStyle w:val="ListNumber"/>
      </w:pPr>
      <w:r>
        <w:t>Save and exit.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EAF4EC"/>
          </w:tcPr>
          <w:p>
            <w:r>
              <w:rPr>
                <w:b/>
              </w:rPr>
              <w:t xml:space="preserve">Note: </w:t>
            </w:r>
            <w:r>
              <w:t>On iPhone, enable Personal Hotspot, Allow Others to Join, and Maximize Compatibility. Leave the hotspot page open during first pairing.</w:t>
            </w:r>
          </w:p>
        </w:tc>
      </w:tr>
    </w:tbl>
    <w:p>
      <w:pPr>
        <w:pStyle w:val="Heading2"/>
      </w:pPr>
      <w:r>
        <w:t>4.4 Set Wi-Fi priorities explicitly</w:t>
      </w:r>
    </w:p>
    <w:p>
      <w:r>
        <w:t>First display the exact profile names on golfcam1: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F2F4F2"/>
            <w:vAlign w:val="top"/>
          </w:tcPr>
          <w:p>
            <w:pPr>
              <w:spacing w:after="0" w:before="0"/>
            </w:pPr>
            <w:r>
              <w:rPr>
                <w:rFonts w:ascii="Consolas" w:hAnsi="Consolas"/>
                <w:sz w:val="14"/>
              </w:rPr>
              <w:t>ssh golf@golfcam1.local</w:t>
              <w:br/>
              <w:t>nmcli connection show</w:t>
            </w:r>
          </w:p>
        </w:tc>
      </w:tr>
    </w:tbl>
    <w:p>
      <w:pPr>
        <w:spacing w:after="0"/>
      </w:pPr>
    </w:p>
    <w:p>
      <w:r>
        <w:t>Then set hotspot priority 20 and home priority 10, replacing profile names only if your output differs: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F2F4F2"/>
            <w:vAlign w:val="top"/>
          </w:tcPr>
          <w:p>
            <w:pPr>
              <w:spacing w:after="0" w:before="0"/>
            </w:pPr>
            <w:r>
              <w:rPr>
                <w:rFonts w:ascii="Consolas" w:hAnsi="Consolas"/>
                <w:sz w:val="14"/>
              </w:rPr>
              <w:t>sudo nmcli connection modify "Wi-Fi connection mituliphonehotspot" connection.autoconnect-priority 20</w:t>
              <w:br/>
              <w:t>sudo nmcli connection modify "netplan-wlan0-FibreBox_X6-06F1A7" connection.autoconnect-priority 10</w:t>
              <w:br/>
              <w:t>nmcli -f NAME,AUTOCONNECT,AUTOCONNECT-PRIORITY connection show</w:t>
              <w:br/>
              <w:t>exit</w:t>
            </w:r>
          </w:p>
        </w:tc>
      </w:tr>
    </w:tbl>
    <w:p>
      <w:pPr>
        <w:spacing w:after="0"/>
      </w:pPr>
    </w:p>
    <w:p>
      <w:r>
        <w:t>Now configure golfcam2 independently: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F2F4F2"/>
            <w:vAlign w:val="top"/>
          </w:tcPr>
          <w:p>
            <w:pPr>
              <w:spacing w:after="0" w:before="0"/>
            </w:pPr>
            <w:r>
              <w:rPr>
                <w:rFonts w:ascii="Consolas" w:hAnsi="Consolas"/>
                <w:sz w:val="14"/>
              </w:rPr>
              <w:t>ssh golf@golfcam2.local</w:t>
              <w:br/>
              <w:t>nmcli connection show</w:t>
              <w:br/>
              <w:t>sudo nmcli connection modify "Wi-Fi connection mituliphonehotspot" connection.autoconnect-priority 20</w:t>
              <w:br/>
              <w:t>sudo nmcli connection modify "netplan-wlan0-FibreBox_X6-06F1A7" connection.autoconnect-priority 10</w:t>
              <w:br/>
              <w:t>nmcli -f NAME,AUTOCONNECT,AUTOCONNECT-PRIORITY connection show</w:t>
              <w:br/>
              <w:t>exit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EAF4EC"/>
          </w:tcPr>
          <w:p>
            <w:r>
              <w:rPr>
                <w:b/>
              </w:rPr>
              <w:t xml:space="preserve">Note: </w:t>
            </w:r>
            <w:r>
              <w:t>With these values: home-only -&gt; home Wi-Fi; hotspot-only -&gt; hotspot; both available -&gt; hotspot. If you prefer home Wi-Fi when both exist, reverse the numbers.</w:t>
            </w:r>
          </w:p>
        </w:tc>
      </w:tr>
    </w:tbl>
    <w:p>
      <w:pPr>
        <w:pStyle w:val="Heading1"/>
      </w:pPr>
      <w:r>
        <w:t>5. Install the REST service on golfcam1 (Face-On)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F2F4F2"/>
            <w:vAlign w:val="top"/>
          </w:tcPr>
          <w:p>
            <w:pPr>
              <w:spacing w:after="0" w:before="0"/>
            </w:pPr>
            <w:r>
              <w:rPr>
                <w:rFonts w:ascii="Consolas" w:hAnsi="Consolas"/>
                <w:sz w:val="14"/>
              </w:rPr>
              <w:t>ssh golf@golfcam1.local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F2F4F2"/>
            <w:vAlign w:val="top"/>
          </w:tcPr>
          <w:p>
            <w:pPr>
              <w:spacing w:after="0" w:before="0"/>
            </w:pPr>
            <w:r>
              <w:rPr>
                <w:rFonts w:ascii="Consolas" w:hAnsi="Consolas"/>
                <w:sz w:val="14"/>
              </w:rPr>
              <w:t>sudo apt update</w:t>
              <w:br/>
              <w:t>sudo apt install -y python3-flask ffmpeg</w:t>
              <w:br/>
              <w:t>command -v python3</w:t>
              <w:br/>
              <w:t>command -v ffmpeg</w:t>
              <w:br/>
              <w:t>command -v rpicam-vid</w:t>
              <w:br/>
              <w:t>rpicam-vid --list-cameras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F2F4F2"/>
            <w:vAlign w:val="top"/>
          </w:tcPr>
          <w:p>
            <w:pPr>
              <w:spacing w:after="0" w:before="0"/>
            </w:pPr>
            <w:r>
              <w:rPr>
                <w:rFonts w:ascii="Consolas" w:hAnsi="Consolas"/>
                <w:sz w:val="14"/>
              </w:rPr>
              <w:t>sudo mkdir -p /opt/golfcam</w:t>
              <w:br/>
              <w:t>sudo mkdir -p /home/golf/recordings</w:t>
              <w:br/>
              <w:t>sudo chown -R golf:golf /opt/golfcam</w:t>
              <w:br/>
              <w:t>sudo chown -R golf:golf /home/golf/recordings</w:t>
            </w:r>
          </w:p>
        </w:tc>
      </w:tr>
    </w:tbl>
    <w:p>
      <w:pPr>
        <w:spacing w:after="0"/>
      </w:pPr>
    </w:p>
    <w:p>
      <w:r>
        <w:t>Create the API file: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F2F4F2"/>
            <w:vAlign w:val="top"/>
          </w:tcPr>
          <w:p>
            <w:pPr>
              <w:spacing w:after="0" w:before="0"/>
            </w:pPr>
            <w:r>
              <w:rPr>
                <w:rFonts w:ascii="Consolas" w:hAnsi="Consolas"/>
                <w:sz w:val="14"/>
              </w:rPr>
              <w:t>nano /opt/golfcam/app.py</w:t>
            </w:r>
          </w:p>
        </w:tc>
      </w:tr>
    </w:tbl>
    <w:p>
      <w:pPr>
        <w:spacing w:after="0"/>
      </w:pPr>
    </w:p>
    <w:p>
      <w:r>
        <w:t>Paste the complete script below, then save with Ctrl+O, Enter, Ctrl+X.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F2F4F2"/>
            <w:vAlign w:val="top"/>
          </w:tcPr>
          <w:p>
            <w:pPr>
              <w:spacing w:after="0" w:before="0"/>
            </w:pPr>
            <w:r>
              <w:rPr>
                <w:rFonts w:ascii="Consolas" w:hAnsi="Consolas"/>
                <w:sz w:val="13"/>
              </w:rPr>
              <w:t>from __future__ import annotations</w:t>
              <w:br/>
              <w:br/>
              <w:t>import os</w:t>
              <w:br/>
              <w:t>import socket</w:t>
              <w:br/>
              <w:t>import subprocess</w:t>
              <w:br/>
              <w:t>import threading</w:t>
              <w:br/>
              <w:t>import time</w:t>
              <w:br/>
              <w:t>from pathlib import Path</w:t>
              <w:br/>
              <w:t>from typing import Any</w:t>
              <w:br/>
              <w:br/>
              <w:t>from flask import Flask, jsonify, request, send_file</w:t>
              <w:br/>
              <w:br/>
              <w:t>app = Flask(__name__)</w:t>
              <w:br/>
              <w:br/>
              <w:t>HOSTNAME = socket.gethostname()</w:t>
              <w:br/>
              <w:t>CAMERA_ROLE = os.environ.get("CAMERA_ROLE", "face")</w:t>
              <w:br/>
              <w:t>PORT = int(os.environ.get("GOLFCAM_PORT", "8080"))</w:t>
              <w:br/>
              <w:br/>
              <w:t>RECORDINGS_DIRECTORY = Path("/home/golf/recordings")</w:t>
              <w:br/>
              <w:t>H264_FILE = RECORDINGS_DIRECTORY / "latest.h264"</w:t>
              <w:br/>
              <w:t>MP4_FILE = RECORDINGS_DIRECTORY / "latest.mp4"</w:t>
              <w:br/>
              <w:br/>
              <w:t>DEFAULT_DURATION_MS = 10_000</w:t>
              <w:br/>
              <w:t>MIN_DURATION_MS = 1_000</w:t>
              <w:br/>
              <w:t>MAX_DURATION_MS = 60_000</w:t>
              <w:br/>
              <w:t>WIDTH = 1280</w:t>
              <w:br/>
              <w:t>HEIGHT = 720</w:t>
              <w:br/>
              <w:t>FPS = 30</w:t>
              <w:br/>
              <w:t>BITRATE = 8_000_000</w:t>
              <w:br/>
              <w:t>MINIMUM_VALID_FILE_SIZE = 100_000</w:t>
              <w:br/>
              <w:br/>
              <w:t>state_lock = threading.Lock()</w:t>
              <w:br/>
              <w:t>camera_state: dict[str, Any] = {</w:t>
              <w:br/>
              <w:t xml:space="preserve">    "state": "ready",</w:t>
              <w:br/>
              <w:t xml:space="preserve">    "error": None,</w:t>
              <w:br/>
              <w:t xml:space="preserve">    "recordingStartedAt": None,</w:t>
              <w:br/>
              <w:t xml:space="preserve">    "recordingFinishedAt": None,</w:t>
              <w:br/>
              <w:t>}</w:t>
              <w:br/>
              <w:br/>
              <w:br/>
              <w:t>def set_state(state: str, error: str | None = None) -&gt; None:</w:t>
              <w:br/>
              <w:t xml:space="preserve">    with state_lock:</w:t>
              <w:br/>
              <w:t xml:space="preserve">        camera_state["state"] = state</w:t>
              <w:br/>
              <w:t xml:space="preserve">        camera_state["error"] = error</w:t>
              <w:br/>
              <w:t xml:space="preserve">        if state == "recording":</w:t>
              <w:br/>
              <w:t xml:space="preserve">            camera_state["recordingStartedAt"] = time.time()</w:t>
              <w:br/>
              <w:t xml:space="preserve">            camera_state["recordingFinishedAt"] = None</w:t>
              <w:br/>
              <w:t xml:space="preserve">        if state == "ready":</w:t>
              <w:br/>
              <w:t xml:space="preserve">            camera_state["recordingFinishedAt"] = time.time()</w:t>
              <w:br/>
              <w:br/>
              <w:br/>
              <w:t>def run_command(command: list[str]) -&gt; subprocess.CompletedProcess[str]:</w:t>
              <w:br/>
              <w:t xml:space="preserve">    return subprocess.run(command, check=True, capture_output=True, text=True)</w:t>
              <w:br/>
              <w:br/>
              <w:br/>
              <w:t>def recording_worker(duration_ms: int) -&gt; None:</w:t>
              <w:br/>
              <w:t xml:space="preserve">    try:</w:t>
              <w:br/>
              <w:t xml:space="preserve">        set_state("recording")</w:t>
              <w:br/>
              <w:t xml:space="preserve">        RECORDINGS_DIRECTORY.mkdir(parents=True, exist_ok=True)</w:t>
              <w:br/>
              <w:t xml:space="preserve">        H264_FILE.unlink(missing_ok=True)</w:t>
              <w:br/>
              <w:t xml:space="preserve">        MP4_FILE.unlink(missing_ok=True)</w:t>
              <w:br/>
              <w:br/>
              <w:t xml:space="preserve">        subprocess.run(</w:t>
              <w:br/>
              <w:t xml:space="preserve">            ["pkill", "-x", "rpicam-vid"],</w:t>
              <w:br/>
              <w:t xml:space="preserve">            check=False,</w:t>
              <w:br/>
              <w:t xml:space="preserve">            stdout=subprocess.DEVNULL,</w:t>
              <w:br/>
              <w:t xml:space="preserve">            stderr=subprocess.DEVNULL,</w:t>
              <w:br/>
              <w:t xml:space="preserve">        )</w:t>
              <w:br/>
              <w:br/>
              <w:t xml:space="preserve">        run_command([</w:t>
              <w:br/>
              <w:t xml:space="preserve">            "rpicam-vid", "-n", "-t", str(duration_ms),</w:t>
              <w:br/>
              <w:t xml:space="preserve">            "--width", str(WIDTH), "--height", str(HEIGHT),</w:t>
              <w:br/>
              <w:t xml:space="preserve">            "--framerate", str(FPS), "--bitrate", str(BITRATE),</w:t>
              <w:br/>
              <w:t xml:space="preserve">            "-o", str(H264_FILE),</w:t>
              <w:br/>
              <w:t xml:space="preserve">        ])</w:t>
              <w:br/>
              <w:br/>
              <w:t xml:space="preserve">        if not H264_FILE.exists():</w:t>
              <w:br/>
              <w:t xml:space="preserve">            raise RuntimeError("The camera did not create an H264 file.")</w:t>
              <w:br/>
              <w:t xml:space="preserve">        if H264_FILE.stat().st_size &lt; MINIMUM_VALID_FILE_SIZE:</w:t>
              <w:br/>
              <w:t xml:space="preserve">            raise RuntimeError(</w:t>
              <w:br/>
              <w:t xml:space="preserve">                f"The H264 file is unexpectedly small: {H264_FILE.stat().st_size} bytes."</w:t>
              <w:br/>
              <w:t xml:space="preserve">            )</w:t>
              <w:br/>
              <w:br/>
              <w:t xml:space="preserve">        set_state("processing")</w:t>
              <w:br/>
              <w:t xml:space="preserve">        run_command([</w:t>
              <w:br/>
              <w:t xml:space="preserve">            "ffmpeg", "-y", "-framerate", str(FPS),</w:t>
              <w:br/>
              <w:t xml:space="preserve">            "-i", str(H264_FILE), "-c:v", "copy",</w:t>
              <w:br/>
              <w:t xml:space="preserve">            "-movflags", "+faststart", str(MP4_FILE),</w:t>
              <w:br/>
              <w:t xml:space="preserve">        ])</w:t>
              <w:br/>
              <w:br/>
              <w:t xml:space="preserve">        if not MP4_FILE.exists():</w:t>
              <w:br/>
              <w:t xml:space="preserve">            raise RuntimeError("FFmpeg did not create an MP4 file.")</w:t>
              <w:br/>
              <w:t xml:space="preserve">        if MP4_FILE.stat().st_size &lt; MINIMUM_VALID_FILE_SIZE:</w:t>
              <w:br/>
              <w:t xml:space="preserve">            raise RuntimeError(</w:t>
              <w:br/>
              <w:t xml:space="preserve">                f"The MP4 file is unexpectedly small: {MP4_FILE.stat().st_size} bytes."</w:t>
              <w:br/>
              <w:t xml:space="preserve">            )</w:t>
              <w:br/>
              <w:t xml:space="preserve">        set_state("ready")</w:t>
              <w:br/>
              <w:br/>
              <w:t xml:space="preserve">    except subprocess.CalledProcessError as error:</w:t>
              <w:br/>
              <w:t xml:space="preserve">        set_state("error", error.stderr.strip() if error.stderr else str(error))</w:t>
              <w:br/>
              <w:t xml:space="preserve">    except Exception as error:</w:t>
              <w:br/>
              <w:t xml:space="preserve">        set_state("error", str(error))</w:t>
              <w:br/>
              <w:br/>
              <w:br/>
              <w:t>@app.get("/health")</w:t>
              <w:br/>
              <w:t>def health():</w:t>
              <w:br/>
              <w:t xml:space="preserve">    return jsonify({</w:t>
              <w:br/>
              <w:t xml:space="preserve">        "ok": True,</w:t>
              <w:br/>
              <w:t xml:space="preserve">        "hostname": HOSTNAME,</w:t>
              <w:br/>
              <w:t xml:space="preserve">        "role": CAMERA_ROLE,</w:t>
              <w:br/>
              <w:t xml:space="preserve">        "apiVersion": "1.0",</w:t>
              <w:br/>
              <w:t xml:space="preserve">    })</w:t>
              <w:br/>
              <w:br/>
              <w:br/>
              <w:t>@app.get("/status")</w:t>
              <w:br/>
              <w:t>def status():</w:t>
              <w:br/>
              <w:t xml:space="preserve">    with state_lock:</w:t>
              <w:br/>
              <w:t xml:space="preserve">        snapshot = dict(camera_state)</w:t>
              <w:br/>
              <w:t xml:space="preserve">    mp4_exists = MP4_FILE.exists()</w:t>
              <w:br/>
              <w:t xml:space="preserve">    h264_exists = H264_FILE.exists()</w:t>
              <w:br/>
              <w:t xml:space="preserve">    return jsonify({</w:t>
              <w:br/>
              <w:t xml:space="preserve">        "deviceId": HOSTNAME,</w:t>
              <w:br/>
              <w:t xml:space="preserve">        "hostname": HOSTNAME,</w:t>
              <w:br/>
              <w:t xml:space="preserve">        "role": CAMERA_ROLE,</w:t>
              <w:br/>
              <w:t xml:space="preserve">        "state": snapshot["state"],</w:t>
              <w:br/>
              <w:t xml:space="preserve">        "ready": snapshot["state"] == "ready",</w:t>
              <w:br/>
              <w:t xml:space="preserve">        "busy": snapshot["state"] in {"recording", "processing"},</w:t>
              <w:br/>
              <w:t xml:space="preserve">        "error": snapshot["error"],</w:t>
              <w:br/>
              <w:t xml:space="preserve">        "recordingStartedAt": snapshot["recordingStartedAt"],</w:t>
              <w:br/>
              <w:t xml:space="preserve">        "recordingFinishedAt": snapshot["recordingFinishedAt"],</w:t>
              <w:br/>
              <w:t xml:space="preserve">        "latestAvailable": mp4_exists,</w:t>
              <w:br/>
              <w:t xml:space="preserve">        "latestSizeBytes": MP4_FILE.stat().st_size if mp4_exists else 0,</w:t>
              <w:br/>
              <w:t xml:space="preserve">        "rawRecordingAvailable": h264_exists,</w:t>
              <w:br/>
              <w:t xml:space="preserve">        "batteryPercent": None,</w:t>
              <w:br/>
              <w:t xml:space="preserve">        "apiVersion": "1.0",</w:t>
              <w:br/>
              <w:t xml:space="preserve">    })</w:t>
              <w:br/>
              <w:br/>
              <w:br/>
              <w:t>@app.post("/record")</w:t>
              <w:br/>
              <w:t>def record():</w:t>
              <w:br/>
              <w:t xml:space="preserve">    with state_lock:</w:t>
              <w:br/>
              <w:t xml:space="preserve">        current_state = camera_state["state"]</w:t>
              <w:br/>
              <w:t xml:space="preserve">    if current_state in {"recording", "processing"}:</w:t>
              <w:br/>
              <w:t xml:space="preserve">        return jsonify({</w:t>
              <w:br/>
              <w:t xml:space="preserve">            "accepted": False,</w:t>
              <w:br/>
              <w:t xml:space="preserve">            "message": "The camera is currently busy.",</w:t>
              <w:br/>
              <w:t xml:space="preserve">            "state": current_state,</w:t>
              <w:br/>
              <w:t xml:space="preserve">        }), 409</w:t>
              <w:br/>
              <w:br/>
              <w:t xml:space="preserve">    body = request.get_json(silent=True) or {}</w:t>
              <w:br/>
              <w:t xml:space="preserve">    try:</w:t>
              <w:br/>
              <w:t xml:space="preserve">        duration_ms = int(body.get("durationMs", DEFAULT_DURATION_MS))</w:t>
              <w:br/>
              <w:t xml:space="preserve">    except (TypeError, ValueError):</w:t>
              <w:br/>
              <w:t xml:space="preserve">        return jsonify({</w:t>
              <w:br/>
              <w:t xml:space="preserve">            "accepted": False,</w:t>
              <w:br/>
              <w:t xml:space="preserve">            "message": "durationMs must be an integer.",</w:t>
              <w:br/>
              <w:t xml:space="preserve">        }), 400</w:t>
              <w:br/>
              <w:br/>
              <w:t xml:space="preserve">    duration_ms = max(MIN_DURATION_MS, min(duration_ms, MAX_DURATION_MS))</w:t>
              <w:br/>
              <w:t xml:space="preserve">    threading.Thread(</w:t>
              <w:br/>
              <w:t xml:space="preserve">        target=recording_worker,</w:t>
              <w:br/>
              <w:t xml:space="preserve">        args=(duration_ms,),</w:t>
              <w:br/>
              <w:t xml:space="preserve">        daemon=True,</w:t>
              <w:br/>
              <w:t xml:space="preserve">    ).start()</w:t>
              <w:br/>
              <w:br/>
              <w:t xml:space="preserve">    return jsonify({</w:t>
              <w:br/>
              <w:t xml:space="preserve">        "accepted": True,</w:t>
              <w:br/>
              <w:t xml:space="preserve">        "deviceId": HOSTNAME,</w:t>
              <w:br/>
              <w:t xml:space="preserve">        "role": CAMERA_ROLE,</w:t>
              <w:br/>
              <w:t xml:space="preserve">        "durationMs": duration_ms,</w:t>
              <w:br/>
              <w:t xml:space="preserve">    }), 202</w:t>
              <w:br/>
              <w:br/>
              <w:br/>
              <w:t>@app.get("/latest")</w:t>
              <w:br/>
              <w:t>def latest():</w:t>
              <w:br/>
              <w:t xml:space="preserve">    if not MP4_FILE.exists():</w:t>
              <w:br/>
              <w:t xml:space="preserve">        return jsonify({</w:t>
              <w:br/>
              <w:t xml:space="preserve">            "available": False,</w:t>
              <w:br/>
              <w:t xml:space="preserve">            "message": "No completed recording is available.",</w:t>
              <w:br/>
              <w:t xml:space="preserve">        }), 404</w:t>
              <w:br/>
              <w:t xml:space="preserve">    return jsonify({</w:t>
              <w:br/>
              <w:t xml:space="preserve">        "available": True,</w:t>
              <w:br/>
              <w:t xml:space="preserve">        "deviceId": HOSTNAME,</w:t>
              <w:br/>
              <w:t xml:space="preserve">        "role": CAMERA_ROLE,</w:t>
              <w:br/>
              <w:t xml:space="preserve">        "filename": MP4_FILE.name,</w:t>
              <w:br/>
              <w:t xml:space="preserve">        "sizeBytes": MP4_FILE.stat().st_size,</w:t>
              <w:br/>
              <w:t xml:space="preserve">        "downloadPath": "/download/latest",</w:t>
              <w:br/>
              <w:t xml:space="preserve">    })</w:t>
              <w:br/>
              <w:br/>
              <w:br/>
              <w:t>@app.get("/download/latest")</w:t>
              <w:br/>
              <w:t>def download_latest():</w:t>
              <w:br/>
              <w:t xml:space="preserve">    if not MP4_FILE.exists():</w:t>
              <w:br/>
              <w:t xml:space="preserve">        return jsonify({</w:t>
              <w:br/>
              <w:t xml:space="preserve">            "available": False,</w:t>
              <w:br/>
              <w:t xml:space="preserve">            "message": "No completed recording is available.",</w:t>
              <w:br/>
              <w:t xml:space="preserve">        }), 404</w:t>
              <w:br/>
              <w:t xml:space="preserve">    return send_file(</w:t>
              <w:br/>
              <w:t xml:space="preserve">        MP4_FILE,</w:t>
              <w:br/>
              <w:t xml:space="preserve">        mimetype="video/mp4",</w:t>
              <w:br/>
              <w:t xml:space="preserve">        as_attachment=True,</w:t>
              <w:br/>
              <w:t xml:space="preserve">        download_name=f"{CAMERA_ROLE}-latest.mp4",</w:t>
              <w:br/>
              <w:t xml:space="preserve">        conditional=True,</w:t>
              <w:br/>
              <w:t xml:space="preserve">    )</w:t>
              <w:br/>
              <w:br/>
              <w:br/>
              <w:t>@app.post("/reset")</w:t>
              <w:br/>
              <w:t>def reset():</w:t>
              <w:br/>
              <w:t xml:space="preserve">    with state_lock:</w:t>
              <w:br/>
              <w:t xml:space="preserve">        current_state = camera_state["state"]</w:t>
              <w:br/>
              <w:t xml:space="preserve">    if current_state in {"recording", "processing"}:</w:t>
              <w:br/>
              <w:t xml:space="preserve">        return jsonify({</w:t>
              <w:br/>
              <w:t xml:space="preserve">            "reset": False,</w:t>
              <w:br/>
              <w:t xml:space="preserve">            "message": "Cannot reset while the camera is busy.",</w:t>
              <w:br/>
              <w:t xml:space="preserve">        }), 409</w:t>
              <w:br/>
              <w:t xml:space="preserve">    H264_FILE.unlink(missing_ok=True)</w:t>
              <w:br/>
              <w:t xml:space="preserve">    MP4_FILE.unlink(missing_ok=True)</w:t>
              <w:br/>
              <w:t xml:space="preserve">    set_state("ready")</w:t>
              <w:br/>
              <w:t xml:space="preserve">    return jsonify({</w:t>
              <w:br/>
              <w:t xml:space="preserve">        "reset": True,</w:t>
              <w:br/>
              <w:t xml:space="preserve">        "message": "Previous recordings were deleted.",</w:t>
              <w:br/>
              <w:t xml:space="preserve">    })</w:t>
              <w:br/>
              <w:br/>
              <w:br/>
              <w:t>if __name__ == "__main__":</w:t>
              <w:br/>
              <w:t xml:space="preserve">    app.run(host="0.0.0.0", port=PORT, debug=False, threaded=True)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F2F4F2"/>
            <w:vAlign w:val="top"/>
          </w:tcPr>
          <w:p>
            <w:pPr>
              <w:spacing w:after="0" w:before="0"/>
            </w:pPr>
            <w:r>
              <w:rPr>
                <w:rFonts w:ascii="Consolas" w:hAnsi="Consolas"/>
                <w:sz w:val="14"/>
              </w:rPr>
              <w:t>python3 -m py_compile /opt/golfcam/app.py</w:t>
            </w:r>
          </w:p>
        </w:tc>
      </w:tr>
    </w:tbl>
    <w:p>
      <w:pPr>
        <w:spacing w:after="0"/>
      </w:pPr>
    </w:p>
    <w:p>
      <w:r>
        <w:t>Create the Face-On environment file: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F2F4F2"/>
            <w:vAlign w:val="top"/>
          </w:tcPr>
          <w:p>
            <w:pPr>
              <w:spacing w:after="0" w:before="0"/>
            </w:pPr>
            <w:r>
              <w:rPr>
                <w:rFonts w:ascii="Consolas" w:hAnsi="Consolas"/>
                <w:sz w:val="14"/>
              </w:rPr>
              <w:t>sudo nano /etc/golfcam.env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F2F4F2"/>
            <w:vAlign w:val="top"/>
          </w:tcPr>
          <w:p>
            <w:pPr>
              <w:spacing w:after="0" w:before="0"/>
            </w:pPr>
            <w:r>
              <w:rPr>
                <w:rFonts w:ascii="Consolas" w:hAnsi="Consolas"/>
                <w:sz w:val="14"/>
              </w:rPr>
              <w:t>CAMERA_ROLE=face</w:t>
              <w:br/>
              <w:t>GOLFCAM_PORT=8080</w:t>
            </w:r>
          </w:p>
        </w:tc>
      </w:tr>
    </w:tbl>
    <w:p>
      <w:pPr>
        <w:spacing w:after="0"/>
      </w:pPr>
    </w:p>
    <w:p>
      <w:r>
        <w:t>Create the systemd service: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F2F4F2"/>
            <w:vAlign w:val="top"/>
          </w:tcPr>
          <w:p>
            <w:pPr>
              <w:spacing w:after="0" w:before="0"/>
            </w:pPr>
            <w:r>
              <w:rPr>
                <w:rFonts w:ascii="Consolas" w:hAnsi="Consolas"/>
                <w:sz w:val="14"/>
              </w:rPr>
              <w:t>sudo nano /etc/systemd/system/golfcam.service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F2F4F2"/>
            <w:vAlign w:val="top"/>
          </w:tcPr>
          <w:p>
            <w:pPr>
              <w:spacing w:after="0" w:before="0"/>
            </w:pPr>
            <w:r>
              <w:rPr>
                <w:rFonts w:ascii="Consolas" w:hAnsi="Consolas"/>
                <w:sz w:val="14"/>
              </w:rPr>
              <w:t>[Unit]</w:t>
              <w:br/>
              <w:t>Description=GolfCam Camera REST Service</w:t>
              <w:br/>
              <w:t>After=network-online.target</w:t>
              <w:br/>
              <w:t>Wants=network-online.target</w:t>
              <w:br/>
              <w:br/>
              <w:t>[Service]</w:t>
              <w:br/>
              <w:t>Type=simple</w:t>
              <w:br/>
              <w:t>User=golf</w:t>
              <w:br/>
              <w:t>Group=golf</w:t>
              <w:br/>
              <w:t>WorkingDirectory=/opt/golfcam</w:t>
              <w:br/>
              <w:t>EnvironmentFile=/etc/golfcam.env</w:t>
              <w:br/>
              <w:t>ExecStart=/usr/bin/python3 /opt/golfcam/app.py</w:t>
              <w:br/>
              <w:t>Restart=always</w:t>
              <w:br/>
              <w:t>RestartSec=3</w:t>
              <w:br/>
              <w:br/>
              <w:t>[Install]</w:t>
              <w:br/>
              <w:t>WantedBy=multi-user.target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F2F4F2"/>
            <w:vAlign w:val="top"/>
          </w:tcPr>
          <w:p>
            <w:pPr>
              <w:spacing w:after="0" w:before="0"/>
            </w:pPr>
            <w:r>
              <w:rPr>
                <w:rFonts w:ascii="Consolas" w:hAnsi="Consolas"/>
                <w:sz w:val="14"/>
              </w:rPr>
              <w:t>sudo systemctl daemon-reload</w:t>
              <w:br/>
              <w:t>sudo systemctl enable golfcam</w:t>
              <w:br/>
              <w:t>sudo systemctl start golfcam</w:t>
              <w:br/>
              <w:t>sudo systemctl status golfcam --no-pager</w:t>
              <w:br/>
              <w:t>curl http://127.0.0.1:8080/health</w:t>
              <w:br/>
              <w:t>curl http://127.0.0.1:8080/status</w:t>
              <w:br/>
              <w:t>exit</w:t>
            </w:r>
          </w:p>
        </w:tc>
      </w:tr>
    </w:tbl>
    <w:p>
      <w:pPr>
        <w:spacing w:after="0"/>
      </w:pPr>
    </w:p>
    <w:p>
      <w:pPr>
        <w:pStyle w:val="Heading1"/>
      </w:pPr>
      <w:r>
        <w:t>6. Install the REST service on golfcam2 (Down-the-Line)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F2F4F2"/>
            <w:vAlign w:val="top"/>
          </w:tcPr>
          <w:p>
            <w:pPr>
              <w:spacing w:after="0" w:before="0"/>
            </w:pPr>
            <w:r>
              <w:rPr>
                <w:rFonts w:ascii="Consolas" w:hAnsi="Consolas"/>
                <w:sz w:val="14"/>
              </w:rPr>
              <w:t>ssh golf@golfcam2.local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F2F4F2"/>
            <w:vAlign w:val="top"/>
          </w:tcPr>
          <w:p>
            <w:pPr>
              <w:spacing w:after="0" w:before="0"/>
            </w:pPr>
            <w:r>
              <w:rPr>
                <w:rFonts w:ascii="Consolas" w:hAnsi="Consolas"/>
                <w:sz w:val="14"/>
              </w:rPr>
              <w:t>sudo apt update</w:t>
              <w:br/>
              <w:t>sudo apt install -y python3-flask ffmpeg</w:t>
              <w:br/>
              <w:t>command -v python3</w:t>
              <w:br/>
              <w:t>command -v ffmpeg</w:t>
              <w:br/>
              <w:t>command -v rpicam-vid</w:t>
              <w:br/>
              <w:t>rpicam-vid --list-cameras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F2F4F2"/>
            <w:vAlign w:val="top"/>
          </w:tcPr>
          <w:p>
            <w:pPr>
              <w:spacing w:after="0" w:before="0"/>
            </w:pPr>
            <w:r>
              <w:rPr>
                <w:rFonts w:ascii="Consolas" w:hAnsi="Consolas"/>
                <w:sz w:val="14"/>
              </w:rPr>
              <w:t>sudo mkdir -p /opt/golfcam</w:t>
              <w:br/>
              <w:t>sudo mkdir -p /home/golf/recordings</w:t>
              <w:br/>
              <w:t>sudo chown -R golf:golf /opt/golfcam</w:t>
              <w:br/>
              <w:t>sudo chown -R golf:golf /home/golf/recordings</w:t>
            </w:r>
          </w:p>
        </w:tc>
      </w:tr>
    </w:tbl>
    <w:p>
      <w:pPr>
        <w:spacing w:after="0"/>
      </w:pPr>
    </w:p>
    <w:p>
      <w:r>
        <w:t>Create the API file: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F2F4F2"/>
            <w:vAlign w:val="top"/>
          </w:tcPr>
          <w:p>
            <w:pPr>
              <w:spacing w:after="0" w:before="0"/>
            </w:pPr>
            <w:r>
              <w:rPr>
                <w:rFonts w:ascii="Consolas" w:hAnsi="Consolas"/>
                <w:sz w:val="14"/>
              </w:rPr>
              <w:t>nano /opt/golfcam/app.py</w:t>
            </w:r>
          </w:p>
        </w:tc>
      </w:tr>
    </w:tbl>
    <w:p>
      <w:pPr>
        <w:spacing w:after="0"/>
      </w:pPr>
    </w:p>
    <w:p>
      <w:r>
        <w:t>Paste the complete script below, then save with Ctrl+O, Enter, Ctrl+X.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F2F4F2"/>
            <w:vAlign w:val="top"/>
          </w:tcPr>
          <w:p>
            <w:pPr>
              <w:spacing w:after="0" w:before="0"/>
            </w:pPr>
            <w:r>
              <w:rPr>
                <w:rFonts w:ascii="Consolas" w:hAnsi="Consolas"/>
                <w:sz w:val="13"/>
              </w:rPr>
              <w:t>from __future__ import annotations</w:t>
              <w:br/>
              <w:br/>
              <w:t>import os</w:t>
              <w:br/>
              <w:t>import socket</w:t>
              <w:br/>
              <w:t>import subprocess</w:t>
              <w:br/>
              <w:t>import threading</w:t>
              <w:br/>
              <w:t>import time</w:t>
              <w:br/>
              <w:t>from pathlib import Path</w:t>
              <w:br/>
              <w:t>from typing import Any</w:t>
              <w:br/>
              <w:br/>
              <w:t>from flask import Flask, jsonify, request, send_file</w:t>
              <w:br/>
              <w:br/>
              <w:t>app = Flask(__name__)</w:t>
              <w:br/>
              <w:br/>
              <w:t>HOSTNAME = socket.gethostname()</w:t>
              <w:br/>
              <w:t>CAMERA_ROLE = os.environ.get("CAMERA_ROLE", "face")</w:t>
              <w:br/>
              <w:t>PORT = int(os.environ.get("GOLFCAM_PORT", "8080"))</w:t>
              <w:br/>
              <w:br/>
              <w:t>RECORDINGS_DIRECTORY = Path("/home/golf/recordings")</w:t>
              <w:br/>
              <w:t>H264_FILE = RECORDINGS_DIRECTORY / "latest.h264"</w:t>
              <w:br/>
              <w:t>MP4_FILE = RECORDINGS_DIRECTORY / "latest.mp4"</w:t>
              <w:br/>
              <w:br/>
              <w:t>DEFAULT_DURATION_MS = 10_000</w:t>
              <w:br/>
              <w:t>MIN_DURATION_MS = 1_000</w:t>
              <w:br/>
              <w:t>MAX_DURATION_MS = 60_000</w:t>
              <w:br/>
              <w:t>WIDTH = 1280</w:t>
              <w:br/>
              <w:t>HEIGHT = 720</w:t>
              <w:br/>
              <w:t>FPS = 30</w:t>
              <w:br/>
              <w:t>BITRATE = 8_000_000</w:t>
              <w:br/>
              <w:t>MINIMUM_VALID_FILE_SIZE = 100_000</w:t>
              <w:br/>
              <w:br/>
              <w:t>state_lock = threading.Lock()</w:t>
              <w:br/>
              <w:t>camera_state: dict[str, Any] = {</w:t>
              <w:br/>
              <w:t xml:space="preserve">    "state": "ready",</w:t>
              <w:br/>
              <w:t xml:space="preserve">    "error": None,</w:t>
              <w:br/>
              <w:t xml:space="preserve">    "recordingStartedAt": None,</w:t>
              <w:br/>
              <w:t xml:space="preserve">    "recordingFinishedAt": None,</w:t>
              <w:br/>
              <w:t>}</w:t>
              <w:br/>
              <w:br/>
              <w:br/>
              <w:t>def set_state(state: str, error: str | None = None) -&gt; None:</w:t>
              <w:br/>
              <w:t xml:space="preserve">    with state_lock:</w:t>
              <w:br/>
              <w:t xml:space="preserve">        camera_state["state"] = state</w:t>
              <w:br/>
              <w:t xml:space="preserve">        camera_state["error"] = error</w:t>
              <w:br/>
              <w:t xml:space="preserve">        if state == "recording":</w:t>
              <w:br/>
              <w:t xml:space="preserve">            camera_state["recordingStartedAt"] = time.time()</w:t>
              <w:br/>
              <w:t xml:space="preserve">            camera_state["recordingFinishedAt"] = None</w:t>
              <w:br/>
              <w:t xml:space="preserve">        if state == "ready":</w:t>
              <w:br/>
              <w:t xml:space="preserve">            camera_state["recordingFinishedAt"] = time.time()</w:t>
              <w:br/>
              <w:br/>
              <w:br/>
              <w:t>def run_command(command: list[str]) -&gt; subprocess.CompletedProcess[str]:</w:t>
              <w:br/>
              <w:t xml:space="preserve">    return subprocess.run(command, check=True, capture_output=True, text=True)</w:t>
              <w:br/>
              <w:br/>
              <w:br/>
              <w:t>def recording_worker(duration_ms: int) -&gt; None:</w:t>
              <w:br/>
              <w:t xml:space="preserve">    try:</w:t>
              <w:br/>
              <w:t xml:space="preserve">        set_state("recording")</w:t>
              <w:br/>
              <w:t xml:space="preserve">        RECORDINGS_DIRECTORY.mkdir(parents=True, exist_ok=True)</w:t>
              <w:br/>
              <w:t xml:space="preserve">        H264_FILE.unlink(missing_ok=True)</w:t>
              <w:br/>
              <w:t xml:space="preserve">        MP4_FILE.unlink(missing_ok=True)</w:t>
              <w:br/>
              <w:br/>
              <w:t xml:space="preserve">        subprocess.run(</w:t>
              <w:br/>
              <w:t xml:space="preserve">            ["pkill", "-x", "rpicam-vid"],</w:t>
              <w:br/>
              <w:t xml:space="preserve">            check=False,</w:t>
              <w:br/>
              <w:t xml:space="preserve">            stdout=subprocess.DEVNULL,</w:t>
              <w:br/>
              <w:t xml:space="preserve">            stderr=subprocess.DEVNULL,</w:t>
              <w:br/>
              <w:t xml:space="preserve">        )</w:t>
              <w:br/>
              <w:br/>
              <w:t xml:space="preserve">        run_command([</w:t>
              <w:br/>
              <w:t xml:space="preserve">            "rpicam-vid", "-n", "-t", str(duration_ms),</w:t>
              <w:br/>
              <w:t xml:space="preserve">            "--width", str(WIDTH), "--height", str(HEIGHT),</w:t>
              <w:br/>
              <w:t xml:space="preserve">            "--framerate", str(FPS), "--bitrate", str(BITRATE),</w:t>
              <w:br/>
              <w:t xml:space="preserve">            "-o", str(H264_FILE),</w:t>
              <w:br/>
              <w:t xml:space="preserve">        ])</w:t>
              <w:br/>
              <w:br/>
              <w:t xml:space="preserve">        if not H264_FILE.exists():</w:t>
              <w:br/>
              <w:t xml:space="preserve">            raise RuntimeError("The camera did not create an H264 file.")</w:t>
              <w:br/>
              <w:t xml:space="preserve">        if H264_FILE.stat().st_size &lt; MINIMUM_VALID_FILE_SIZE:</w:t>
              <w:br/>
              <w:t xml:space="preserve">            raise RuntimeError(</w:t>
              <w:br/>
              <w:t xml:space="preserve">                f"The H264 file is unexpectedly small: {H264_FILE.stat().st_size} bytes."</w:t>
              <w:br/>
              <w:t xml:space="preserve">            )</w:t>
              <w:br/>
              <w:br/>
              <w:t xml:space="preserve">        set_state("processing")</w:t>
              <w:br/>
              <w:t xml:space="preserve">        run_command([</w:t>
              <w:br/>
              <w:t xml:space="preserve">            "ffmpeg", "-y", "-framerate", str(FPS),</w:t>
              <w:br/>
              <w:t xml:space="preserve">            "-i", str(H264_FILE), "-c:v", "copy",</w:t>
              <w:br/>
              <w:t xml:space="preserve">            "-movflags", "+faststart", str(MP4_FILE),</w:t>
              <w:br/>
              <w:t xml:space="preserve">        ])</w:t>
              <w:br/>
              <w:br/>
              <w:t xml:space="preserve">        if not MP4_FILE.exists():</w:t>
              <w:br/>
              <w:t xml:space="preserve">            raise RuntimeError("FFmpeg did not create an MP4 file.")</w:t>
              <w:br/>
              <w:t xml:space="preserve">        if MP4_FILE.stat().st_size &lt; MINIMUM_VALID_FILE_SIZE:</w:t>
              <w:br/>
              <w:t xml:space="preserve">            raise RuntimeError(</w:t>
              <w:br/>
              <w:t xml:space="preserve">                f"The MP4 file is unexpectedly small: {MP4_FILE.stat().st_size} bytes."</w:t>
              <w:br/>
              <w:t xml:space="preserve">            )</w:t>
              <w:br/>
              <w:t xml:space="preserve">        set_state("ready")</w:t>
              <w:br/>
              <w:br/>
              <w:t xml:space="preserve">    except subprocess.CalledProcessError as error:</w:t>
              <w:br/>
              <w:t xml:space="preserve">        set_state("error", error.stderr.strip() if error.stderr else str(error))</w:t>
              <w:br/>
              <w:t xml:space="preserve">    except Exception as error:</w:t>
              <w:br/>
              <w:t xml:space="preserve">        set_state("error", str(error))</w:t>
              <w:br/>
              <w:br/>
              <w:br/>
              <w:t>@app.get("/health")</w:t>
              <w:br/>
              <w:t>def health():</w:t>
              <w:br/>
              <w:t xml:space="preserve">    return jsonify({</w:t>
              <w:br/>
              <w:t xml:space="preserve">        "ok": True,</w:t>
              <w:br/>
              <w:t xml:space="preserve">        "hostname": HOSTNAME,</w:t>
              <w:br/>
              <w:t xml:space="preserve">        "role": CAMERA_ROLE,</w:t>
              <w:br/>
              <w:t xml:space="preserve">        "apiVersion": "1.0",</w:t>
              <w:br/>
              <w:t xml:space="preserve">    })</w:t>
              <w:br/>
              <w:br/>
              <w:br/>
              <w:t>@app.get("/status")</w:t>
              <w:br/>
              <w:t>def status():</w:t>
              <w:br/>
              <w:t xml:space="preserve">    with state_lock:</w:t>
              <w:br/>
              <w:t xml:space="preserve">        snapshot = dict(camera_state)</w:t>
              <w:br/>
              <w:t xml:space="preserve">    mp4_exists = MP4_FILE.exists()</w:t>
              <w:br/>
              <w:t xml:space="preserve">    h264_exists = H264_FILE.exists()</w:t>
              <w:br/>
              <w:t xml:space="preserve">    return jsonify({</w:t>
              <w:br/>
              <w:t xml:space="preserve">        "deviceId": HOSTNAME,</w:t>
              <w:br/>
              <w:t xml:space="preserve">        "hostname": HOSTNAME,</w:t>
              <w:br/>
              <w:t xml:space="preserve">        "role": CAMERA_ROLE,</w:t>
              <w:br/>
              <w:t xml:space="preserve">        "state": snapshot["state"],</w:t>
              <w:br/>
              <w:t xml:space="preserve">        "ready": snapshot["state"] == "ready",</w:t>
              <w:br/>
              <w:t xml:space="preserve">        "busy": snapshot["state"] in {"recording", "processing"},</w:t>
              <w:br/>
              <w:t xml:space="preserve">        "error": snapshot["error"],</w:t>
              <w:br/>
              <w:t xml:space="preserve">        "recordingStartedAt": snapshot["recordingStartedAt"],</w:t>
              <w:br/>
              <w:t xml:space="preserve">        "recordingFinishedAt": snapshot["recordingFinishedAt"],</w:t>
              <w:br/>
              <w:t xml:space="preserve">        "latestAvailable": mp4_exists,</w:t>
              <w:br/>
              <w:t xml:space="preserve">        "latestSizeBytes": MP4_FILE.stat().st_size if mp4_exists else 0,</w:t>
              <w:br/>
              <w:t xml:space="preserve">        "rawRecordingAvailable": h264_exists,</w:t>
              <w:br/>
              <w:t xml:space="preserve">        "batteryPercent": None,</w:t>
              <w:br/>
              <w:t xml:space="preserve">        "apiVersion": "1.0",</w:t>
              <w:br/>
              <w:t xml:space="preserve">    })</w:t>
              <w:br/>
              <w:br/>
              <w:br/>
              <w:t>@app.post("/record")</w:t>
              <w:br/>
              <w:t>def record():</w:t>
              <w:br/>
              <w:t xml:space="preserve">    with state_lock:</w:t>
              <w:br/>
              <w:t xml:space="preserve">        current_state = camera_state["state"]</w:t>
              <w:br/>
              <w:t xml:space="preserve">    if current_state in {"recording", "processing"}:</w:t>
              <w:br/>
              <w:t xml:space="preserve">        return jsonify({</w:t>
              <w:br/>
              <w:t xml:space="preserve">            "accepted": False,</w:t>
              <w:br/>
              <w:t xml:space="preserve">            "message": "The camera is currently busy.",</w:t>
              <w:br/>
              <w:t xml:space="preserve">            "state": current_state,</w:t>
              <w:br/>
              <w:t xml:space="preserve">        }), 409</w:t>
              <w:br/>
              <w:br/>
              <w:t xml:space="preserve">    body = request.get_json(silent=True) or {}</w:t>
              <w:br/>
              <w:t xml:space="preserve">    try:</w:t>
              <w:br/>
              <w:t xml:space="preserve">        duration_ms = int(body.get("durationMs", DEFAULT_DURATION_MS))</w:t>
              <w:br/>
              <w:t xml:space="preserve">    except (TypeError, ValueError):</w:t>
              <w:br/>
              <w:t xml:space="preserve">        return jsonify({</w:t>
              <w:br/>
              <w:t xml:space="preserve">            "accepted": False,</w:t>
              <w:br/>
              <w:t xml:space="preserve">            "message": "durationMs must be an integer.",</w:t>
              <w:br/>
              <w:t xml:space="preserve">        }), 400</w:t>
              <w:br/>
              <w:br/>
              <w:t xml:space="preserve">    duration_ms = max(MIN_DURATION_MS, min(duration_ms, MAX_DURATION_MS))</w:t>
              <w:br/>
              <w:t xml:space="preserve">    threading.Thread(</w:t>
              <w:br/>
              <w:t xml:space="preserve">        target=recording_worker,</w:t>
              <w:br/>
              <w:t xml:space="preserve">        args=(duration_ms,),</w:t>
              <w:br/>
              <w:t xml:space="preserve">        daemon=True,</w:t>
              <w:br/>
              <w:t xml:space="preserve">    ).start()</w:t>
              <w:br/>
              <w:br/>
              <w:t xml:space="preserve">    return jsonify({</w:t>
              <w:br/>
              <w:t xml:space="preserve">        "accepted": True,</w:t>
              <w:br/>
              <w:t xml:space="preserve">        "deviceId": HOSTNAME,</w:t>
              <w:br/>
              <w:t xml:space="preserve">        "role": CAMERA_ROLE,</w:t>
              <w:br/>
              <w:t xml:space="preserve">        "durationMs": duration_ms,</w:t>
              <w:br/>
              <w:t xml:space="preserve">    }), 202</w:t>
              <w:br/>
              <w:br/>
              <w:br/>
              <w:t>@app.get("/latest")</w:t>
              <w:br/>
              <w:t>def latest():</w:t>
              <w:br/>
              <w:t xml:space="preserve">    if not MP4_FILE.exists():</w:t>
              <w:br/>
              <w:t xml:space="preserve">        return jsonify({</w:t>
              <w:br/>
              <w:t xml:space="preserve">            "available": False,</w:t>
              <w:br/>
              <w:t xml:space="preserve">            "message": "No completed recording is available.",</w:t>
              <w:br/>
              <w:t xml:space="preserve">        }), 404</w:t>
              <w:br/>
              <w:t xml:space="preserve">    return jsonify({</w:t>
              <w:br/>
              <w:t xml:space="preserve">        "available": True,</w:t>
              <w:br/>
              <w:t xml:space="preserve">        "deviceId": HOSTNAME,</w:t>
              <w:br/>
              <w:t xml:space="preserve">        "role": CAMERA_ROLE,</w:t>
              <w:br/>
              <w:t xml:space="preserve">        "filename": MP4_FILE.name,</w:t>
              <w:br/>
              <w:t xml:space="preserve">        "sizeBytes": MP4_FILE.stat().st_size,</w:t>
              <w:br/>
              <w:t xml:space="preserve">        "downloadPath": "/download/latest",</w:t>
              <w:br/>
              <w:t xml:space="preserve">    })</w:t>
              <w:br/>
              <w:br/>
              <w:br/>
              <w:t>@app.get("/download/latest")</w:t>
              <w:br/>
              <w:t>def download_latest():</w:t>
              <w:br/>
              <w:t xml:space="preserve">    if not MP4_FILE.exists():</w:t>
              <w:br/>
              <w:t xml:space="preserve">        return jsonify({</w:t>
              <w:br/>
              <w:t xml:space="preserve">            "available": False,</w:t>
              <w:br/>
              <w:t xml:space="preserve">            "message": "No completed recording is available.",</w:t>
              <w:br/>
              <w:t xml:space="preserve">        }), 404</w:t>
              <w:br/>
              <w:t xml:space="preserve">    return send_file(</w:t>
              <w:br/>
              <w:t xml:space="preserve">        MP4_FILE,</w:t>
              <w:br/>
              <w:t xml:space="preserve">        mimetype="video/mp4",</w:t>
              <w:br/>
              <w:t xml:space="preserve">        as_attachment=True,</w:t>
              <w:br/>
              <w:t xml:space="preserve">        download_name=f"{CAMERA_ROLE}-latest.mp4",</w:t>
              <w:br/>
              <w:t xml:space="preserve">        conditional=True,</w:t>
              <w:br/>
              <w:t xml:space="preserve">    )</w:t>
              <w:br/>
              <w:br/>
              <w:br/>
              <w:t>@app.post("/reset")</w:t>
              <w:br/>
              <w:t>def reset():</w:t>
              <w:br/>
              <w:t xml:space="preserve">    with state_lock:</w:t>
              <w:br/>
              <w:t xml:space="preserve">        current_state = camera_state["state"]</w:t>
              <w:br/>
              <w:t xml:space="preserve">    if current_state in {"recording", "processing"}:</w:t>
              <w:br/>
              <w:t xml:space="preserve">        return jsonify({</w:t>
              <w:br/>
              <w:t xml:space="preserve">            "reset": False,</w:t>
              <w:br/>
              <w:t xml:space="preserve">            "message": "Cannot reset while the camera is busy.",</w:t>
              <w:br/>
              <w:t xml:space="preserve">        }), 409</w:t>
              <w:br/>
              <w:t xml:space="preserve">    H264_FILE.unlink(missing_ok=True)</w:t>
              <w:br/>
              <w:t xml:space="preserve">    MP4_FILE.unlink(missing_ok=True)</w:t>
              <w:br/>
              <w:t xml:space="preserve">    set_state("ready")</w:t>
              <w:br/>
              <w:t xml:space="preserve">    return jsonify({</w:t>
              <w:br/>
              <w:t xml:space="preserve">        "reset": True,</w:t>
              <w:br/>
              <w:t xml:space="preserve">        "message": "Previous recordings were deleted.",</w:t>
              <w:br/>
              <w:t xml:space="preserve">    })</w:t>
              <w:br/>
              <w:br/>
              <w:br/>
              <w:t>if __name__ == "__main__":</w:t>
              <w:br/>
              <w:t xml:space="preserve">    app.run(host="0.0.0.0", port=PORT, debug=False, threaded=True)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F2F4F2"/>
            <w:vAlign w:val="top"/>
          </w:tcPr>
          <w:p>
            <w:pPr>
              <w:spacing w:after="0" w:before="0"/>
            </w:pPr>
            <w:r>
              <w:rPr>
                <w:rFonts w:ascii="Consolas" w:hAnsi="Consolas"/>
                <w:sz w:val="14"/>
              </w:rPr>
              <w:t>python3 -m py_compile /opt/golfcam/app.py</w:t>
            </w:r>
          </w:p>
        </w:tc>
      </w:tr>
    </w:tbl>
    <w:p>
      <w:pPr>
        <w:spacing w:after="0"/>
      </w:pPr>
    </w:p>
    <w:p>
      <w:r>
        <w:t>Create the Down-the-Line environment file: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F2F4F2"/>
            <w:vAlign w:val="top"/>
          </w:tcPr>
          <w:p>
            <w:pPr>
              <w:spacing w:after="0" w:before="0"/>
            </w:pPr>
            <w:r>
              <w:rPr>
                <w:rFonts w:ascii="Consolas" w:hAnsi="Consolas"/>
                <w:sz w:val="14"/>
              </w:rPr>
              <w:t>sudo nano /etc/golfcam.env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F2F4F2"/>
            <w:vAlign w:val="top"/>
          </w:tcPr>
          <w:p>
            <w:pPr>
              <w:spacing w:after="0" w:before="0"/>
            </w:pPr>
            <w:r>
              <w:rPr>
                <w:rFonts w:ascii="Consolas" w:hAnsi="Consolas"/>
                <w:sz w:val="14"/>
              </w:rPr>
              <w:t>CAMERA_ROLE=dtl</w:t>
              <w:br/>
              <w:t>GOLFCAM_PORT=8080</w:t>
            </w:r>
          </w:p>
        </w:tc>
      </w:tr>
    </w:tbl>
    <w:p>
      <w:pPr>
        <w:spacing w:after="0"/>
      </w:pPr>
    </w:p>
    <w:p>
      <w:r>
        <w:t>Create the systemd service: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F2F4F2"/>
            <w:vAlign w:val="top"/>
          </w:tcPr>
          <w:p>
            <w:pPr>
              <w:spacing w:after="0" w:before="0"/>
            </w:pPr>
            <w:r>
              <w:rPr>
                <w:rFonts w:ascii="Consolas" w:hAnsi="Consolas"/>
                <w:sz w:val="14"/>
              </w:rPr>
              <w:t>sudo nano /etc/systemd/system/golfcam.service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F2F4F2"/>
            <w:vAlign w:val="top"/>
          </w:tcPr>
          <w:p>
            <w:pPr>
              <w:spacing w:after="0" w:before="0"/>
            </w:pPr>
            <w:r>
              <w:rPr>
                <w:rFonts w:ascii="Consolas" w:hAnsi="Consolas"/>
                <w:sz w:val="14"/>
              </w:rPr>
              <w:t>[Unit]</w:t>
              <w:br/>
              <w:t>Description=GolfCam Camera REST Service</w:t>
              <w:br/>
              <w:t>After=network-online.target</w:t>
              <w:br/>
              <w:t>Wants=network-online.target</w:t>
              <w:br/>
              <w:br/>
              <w:t>[Service]</w:t>
              <w:br/>
              <w:t>Type=simple</w:t>
              <w:br/>
              <w:t>User=golf</w:t>
              <w:br/>
              <w:t>Group=golf</w:t>
              <w:br/>
              <w:t>WorkingDirectory=/opt/golfcam</w:t>
              <w:br/>
              <w:t>EnvironmentFile=/etc/golfcam.env</w:t>
              <w:br/>
              <w:t>ExecStart=/usr/bin/python3 /opt/golfcam/app.py</w:t>
              <w:br/>
              <w:t>Restart=always</w:t>
              <w:br/>
              <w:t>RestartSec=3</w:t>
              <w:br/>
              <w:br/>
              <w:t>[Install]</w:t>
              <w:br/>
              <w:t>WantedBy=multi-user.target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F2F4F2"/>
            <w:vAlign w:val="top"/>
          </w:tcPr>
          <w:p>
            <w:pPr>
              <w:spacing w:after="0" w:before="0"/>
            </w:pPr>
            <w:r>
              <w:rPr>
                <w:rFonts w:ascii="Consolas" w:hAnsi="Consolas"/>
                <w:sz w:val="14"/>
              </w:rPr>
              <w:t>sudo systemctl daemon-reload</w:t>
              <w:br/>
              <w:t>sudo systemctl enable golfcam</w:t>
              <w:br/>
              <w:t>sudo systemctl start golfcam</w:t>
              <w:br/>
              <w:t>sudo systemctl status golfcam --no-pager</w:t>
              <w:br/>
              <w:t>curl http://127.0.0.1:8080/health</w:t>
              <w:br/>
              <w:t>curl http://127.0.0.1:8080/status</w:t>
              <w:br/>
              <w:t>exit</w:t>
            </w:r>
          </w:p>
        </w:tc>
      </w:tr>
    </w:tbl>
    <w:p>
      <w:pPr>
        <w:spacing w:after="0"/>
      </w:pPr>
    </w:p>
    <w:p>
      <w:pPr>
        <w:pStyle w:val="Heading1"/>
      </w:pPr>
      <w:r>
        <w:t>7. Verify both REST APIs from Windows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F2F4F2"/>
            <w:vAlign w:val="top"/>
          </w:tcPr>
          <w:p>
            <w:pPr>
              <w:spacing w:after="0" w:before="0"/>
            </w:pPr>
            <w:r>
              <w:rPr>
                <w:rFonts w:ascii="Consolas" w:hAnsi="Consolas"/>
                <w:sz w:val="14"/>
              </w:rPr>
              <w:t>curl.exe http://192.168.1.119:8080/health</w:t>
              <w:br/>
              <w:t>curl.exe http://192.168.1.119:8080/status</w:t>
              <w:br/>
              <w:t>curl.exe http://192.168.1.120:8080/health</w:t>
              <w:br/>
              <w:t>curl.exe http://192.168.1.120:8080/status</w:t>
            </w:r>
          </w:p>
        </w:tc>
      </w:tr>
    </w:tbl>
    <w:p>
      <w:pPr>
        <w:spacing w:after="0"/>
      </w:pPr>
    </w:p>
    <w:p>
      <w:r>
        <w:t>Expected roles: 192.168.1.119 -&gt; face; 192.168.1.120 -&gt; dtl.</w:t>
      </w:r>
    </w:p>
    <w:p>
      <w:pPr>
        <w:pStyle w:val="Heading2"/>
      </w:pPr>
      <w:r>
        <w:t>7.1 Individual recording test: Face-On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F2F4F2"/>
            <w:vAlign w:val="top"/>
          </w:tcPr>
          <w:p>
            <w:pPr>
              <w:spacing w:after="0" w:before="0"/>
            </w:pPr>
            <w:r>
              <w:rPr>
                <w:rFonts w:ascii="Consolas" w:hAnsi="Consolas"/>
                <w:sz w:val="14"/>
              </w:rPr>
              <w:t>curl.exe -X POST -H "Content-Type: application/json" -d '{\"durationMs\":3000}' http://192.168.1.119:8080/record</w:t>
              <w:br/>
              <w:t>Start-Sleep -Seconds 6</w:t>
              <w:br/>
              <w:t>curl.exe http://192.168.1.119:8080/status</w:t>
              <w:br/>
              <w:t>curl.exe -o "$HOME\face-rest-test.mp4" http://192.168.1.119:8080/download/latest</w:t>
              <w:br/>
              <w:t>start "$HOME\face-rest-test.mp4"</w:t>
            </w:r>
          </w:p>
        </w:tc>
      </w:tr>
    </w:tbl>
    <w:p>
      <w:pPr>
        <w:spacing w:after="0"/>
      </w:pPr>
    </w:p>
    <w:p>
      <w:pPr>
        <w:pStyle w:val="Heading2"/>
      </w:pPr>
      <w:r>
        <w:t>7.2 Individual recording test: Down-the-Line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F2F4F2"/>
            <w:vAlign w:val="top"/>
          </w:tcPr>
          <w:p>
            <w:pPr>
              <w:spacing w:after="0" w:before="0"/>
            </w:pPr>
            <w:r>
              <w:rPr>
                <w:rFonts w:ascii="Consolas" w:hAnsi="Consolas"/>
                <w:sz w:val="14"/>
              </w:rPr>
              <w:t>curl.exe -X POST -H "Content-Type: application/json" -d '{\"durationMs\":3000}' http://192.168.1.120:8080/record</w:t>
              <w:br/>
              <w:t>Start-Sleep -Seconds 6</w:t>
              <w:br/>
              <w:t>curl.exe http://192.168.1.120:8080/status</w:t>
              <w:br/>
              <w:t>curl.exe --retry 3 --retry-delay 2 -o "$HOME\dtl-rest-test.mp4" http://192.168.1.120:8080/download/latest</w:t>
              <w:br/>
              <w:t>start "$HOME\dtl-rest-test.mp4"</w:t>
            </w:r>
          </w:p>
        </w:tc>
      </w:tr>
    </w:tbl>
    <w:p>
      <w:pPr>
        <w:spacing w:after="0"/>
      </w:pPr>
    </w:p>
    <w:p>
      <w:pPr>
        <w:pStyle w:val="Heading1"/>
      </w:pPr>
      <w:r>
        <w:t>8. Optional complete Windows dual-camera REST test script</w:t>
      </w:r>
    </w:p>
    <w:p>
      <w:r>
        <w:t>Create a diagnostic script. This is not required for daily Android use, but it proves both APIs independently of the app.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F2F4F2"/>
            <w:vAlign w:val="top"/>
          </w:tcPr>
          <w:p>
            <w:pPr>
              <w:spacing w:after="0" w:before="0"/>
            </w:pPr>
            <w:r>
              <w:rPr>
                <w:rFonts w:ascii="Consolas" w:hAnsi="Consolas"/>
                <w:sz w:val="14"/>
              </w:rPr>
              <w:t>notepad "$HOME\GolfCam-Dual-REST-Test.ps1"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F2F4F2"/>
            <w:vAlign w:val="top"/>
          </w:tcPr>
          <w:p>
            <w:pPr>
              <w:spacing w:after="0" w:before="0"/>
            </w:pPr>
            <w:r>
              <w:rPr>
                <w:rFonts w:ascii="Consolas" w:hAnsi="Consolas"/>
                <w:sz w:val="13"/>
              </w:rPr>
              <w:t>$ErrorActionPreference = "Stop"</w:t>
              <w:br/>
              <w:t>$faceBase = "http://192.168.1.119:8080"</w:t>
              <w:br/>
              <w:t>$dtlBase  = "http://192.168.1.120:8080"</w:t>
              <w:br/>
              <w:t>$durationMs = 10000</w:t>
              <w:br/>
              <w:br/>
              <w:t>Write-Host "Checking both cameras..."</w:t>
              <w:br/>
              <w:t>$faceHealth = Invoke-RestMethod "$faceBase/health"</w:t>
              <w:br/>
              <w:t>$dtlHealth  = Invoke-RestMethod "$dtlBase/health"</w:t>
              <w:br/>
              <w:t>if (-not $faceHealth.ok) { throw "Face camera health check failed." }</w:t>
              <w:br/>
              <w:t>if (-not $dtlHealth.ok)  { throw "DTL camera health check failed." }</w:t>
              <w:br/>
              <w:br/>
              <w:t>Write-Host "Starting both cameras concurrently..."</w:t>
              <w:br/>
              <w:t>$faceJob = Start-Job -ScriptBlock {</w:t>
              <w:br/>
              <w:t xml:space="preserve">    param($base, $duration)</w:t>
              <w:br/>
              <w:t xml:space="preserve">    Invoke-RestMethod -Method Post -Uri "$base/record" -ContentType "application/json" -Body (@{durationMs=$duration} | ConvertTo-Json)</w:t>
              <w:br/>
              <w:t>} -ArgumentList $faceBase, $durationMs</w:t>
              <w:br/>
              <w:t>$dtlJob = Start-Job -ScriptBlock {</w:t>
              <w:br/>
              <w:t xml:space="preserve">    param($base, $duration)</w:t>
              <w:br/>
              <w:t xml:space="preserve">    Invoke-RestMethod -Method Post -Uri "$base/record" -ContentType "application/json" -Body (@{durationMs=$duration} | ConvertTo-Json)</w:t>
              <w:br/>
              <w:t>} -ArgumentList $dtlBase, $durationMs</w:t>
              <w:br/>
              <w:br/>
              <w:t>Wait-Job $faceJob, $dtlJob | Out-Null</w:t>
              <w:br/>
              <w:t>$faceStart = Receive-Job $faceJob</w:t>
              <w:br/>
              <w:t>$dtlStart  = Receive-Job $dtlJob</w:t>
              <w:br/>
              <w:t>Remove-Job $faceJob, $dtlJob</w:t>
              <w:br/>
              <w:t>if (-not $faceStart.accepted) { throw "Face camera rejected recording." }</w:t>
              <w:br/>
              <w:t>if (-not $dtlStart.accepted)  { throw "DTL camera rejected recording." }</w:t>
              <w:br/>
              <w:br/>
              <w:t>Write-Host "Polling status..."</w:t>
              <w:br/>
              <w:t>$deadline = (Get-Date).AddSeconds(50)</w:t>
              <w:br/>
              <w:t>do {</w:t>
              <w:br/>
              <w:t xml:space="preserve">    $face = Invoke-RestMethod "$faceBase/status"</w:t>
              <w:br/>
              <w:t xml:space="preserve">    $dtl  = Invoke-RestMethod "$dtlBase/status"</w:t>
              <w:br/>
              <w:t xml:space="preserve">    Write-Host "Face:" $face.state "| DTL:" $dtl.state</w:t>
              <w:br/>
              <w:t xml:space="preserve">    if ($face.state -eq "error") { throw "Face error: $($face.error)" }</w:t>
              <w:br/>
              <w:t xml:space="preserve">    if ($dtl.state -eq "error")  { throw "DTL error: $($dtl.error)" }</w:t>
              <w:br/>
              <w:t xml:space="preserve">    if ((Get-Date) -gt $deadline) { throw "Timed out waiting for cameras." }</w:t>
              <w:br/>
              <w:t xml:space="preserve">    Start-Sleep -Milliseconds 750</w:t>
              <w:br/>
              <w:t>} until ($face.state -eq "ready" -and $dtl.state -eq "ready" -and $face.latestAvailable -and $dtl.latestAvailable)</w:t>
              <w:br/>
              <w:br/>
              <w:t>$folder = Join-Path $HOME ("GolfCam-Capture-" + (Get-Date -Format "yyyyMMdd-HHmmss"))</w:t>
              <w:br/>
              <w:t>New-Item -ItemType Directory -Path $folder | Out-Null</w:t>
              <w:br/>
              <w:t>Write-Host "Downloading videos to $folder ..."</w:t>
              <w:br/>
              <w:t>Invoke-WebRequest "$faceBase/download/latest" -OutFile (Join-Path $folder "face.mp4")</w:t>
              <w:br/>
              <w:t>Invoke-WebRequest "$dtlBase/download/latest"  -OutFile (Join-Path $folder "dtl.mp4")</w:t>
              <w:br/>
              <w:t>Write-Host "Complete."</w:t>
              <w:br/>
              <w:t>Start-Process (Join-Path $folder "face.mp4")</w:t>
              <w:br/>
              <w:t>Start-Process (Join-Path $folder "dtl.mp4")</w:t>
            </w:r>
          </w:p>
        </w:tc>
      </w:tr>
    </w:tbl>
    <w:p>
      <w:pPr>
        <w:spacing w:after="0"/>
      </w:pPr>
    </w:p>
    <w:p>
      <w:r>
        <w:t>Run it with: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F2F4F2"/>
            <w:vAlign w:val="top"/>
          </w:tcPr>
          <w:p>
            <w:pPr>
              <w:spacing w:after="0" w:before="0"/>
            </w:pPr>
            <w:r>
              <w:rPr>
                <w:rFonts w:ascii="Consolas" w:hAnsi="Consolas"/>
                <w:sz w:val="14"/>
              </w:rPr>
              <w:t>powershell -ExecutionPolicy Bypass -File "$HOME\GolfCam-Dual-REST-Test.ps1"</w:t>
            </w:r>
          </w:p>
        </w:tc>
      </w:tr>
    </w:tbl>
    <w:p>
      <w:pPr>
        <w:spacing w:after="0"/>
      </w:pPr>
    </w:p>
    <w:p>
      <w:pPr>
        <w:pStyle w:val="Heading1"/>
      </w:pPr>
      <w:r>
        <w:t>9. Android project setup and build</w:t>
      </w:r>
    </w:p>
    <w:p>
      <w:r>
        <w:t>Current project folder: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F2F4F2"/>
            <w:vAlign w:val="top"/>
          </w:tcPr>
          <w:p>
            <w:pPr>
              <w:spacing w:after="0" w:before="0"/>
            </w:pPr>
            <w:r>
              <w:rPr>
                <w:rFonts w:ascii="Consolas" w:hAnsi="Consolas"/>
                <w:sz w:val="14"/>
              </w:rPr>
              <w:t>C:\Users\mitul\OneDrive\Training camera project\Android App\GolfCam_Android_MVP</w:t>
            </w:r>
          </w:p>
        </w:tc>
      </w:tr>
    </w:tbl>
    <w:p>
      <w:pPr>
        <w:spacing w:after="0"/>
      </w:pPr>
    </w:p>
    <w:p>
      <w:pPr>
        <w:pStyle w:val="Heading2"/>
      </w:pPr>
      <w:r>
        <w:t>9.1 Open the correct Gradle project</w:t>
      </w:r>
    </w:p>
    <w:p>
      <w:pPr>
        <w:pStyle w:val="ListNumber"/>
      </w:pPr>
      <w:r>
        <w:t>In Android Studio choose File -&gt; Open.</w:t>
      </w:r>
    </w:p>
    <w:p>
      <w:pPr>
        <w:pStyle w:val="ListNumber"/>
      </w:pPr>
      <w:r>
        <w:t>Select GolfCam_Android_MVP itself, not its parent Android App folder.</w:t>
      </w:r>
    </w:p>
    <w:p>
      <w:pPr>
        <w:pStyle w:val="ListNumber"/>
      </w:pPr>
      <w:r>
        <w:t>Wait for Gradle sync.</w:t>
      </w:r>
    </w:p>
    <w:p>
      <w:pPr>
        <w:pStyle w:val="ListNumber"/>
      </w:pPr>
      <w:r>
        <w:t>The run configuration should use module app.</w:t>
      </w:r>
    </w:p>
    <w:p>
      <w:pPr>
        <w:pStyle w:val="Heading2"/>
      </w:pPr>
      <w:r>
        <w:t>9.2 Build from PowerShell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F2F4F2"/>
            <w:vAlign w:val="top"/>
          </w:tcPr>
          <w:p>
            <w:pPr>
              <w:spacing w:after="0" w:before="0"/>
            </w:pPr>
            <w:r>
              <w:rPr>
                <w:rFonts w:ascii="Consolas" w:hAnsi="Consolas"/>
                <w:sz w:val="14"/>
              </w:rPr>
              <w:t>cd "C:\Users\mitul\OneDrive\Training camera project\Android App\GolfCam_Android_MVP"</w:t>
              <w:br/>
              <w:t>.\gradlew.bat clean assembleDebug</w:t>
              <w:br/>
              <w:t>.\gradlew.bat testDebugUnitTest</w:t>
            </w:r>
          </w:p>
        </w:tc>
      </w:tr>
    </w:tbl>
    <w:p>
      <w:pPr>
        <w:spacing w:after="0"/>
      </w:pPr>
    </w:p>
    <w:p>
      <w:r>
        <w:t>APK output: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F2F4F2"/>
            <w:vAlign w:val="top"/>
          </w:tcPr>
          <w:p>
            <w:pPr>
              <w:spacing w:after="0" w:before="0"/>
            </w:pPr>
            <w:r>
              <w:rPr>
                <w:rFonts w:ascii="Consolas" w:hAnsi="Consolas"/>
                <w:sz w:val="14"/>
              </w:rPr>
              <w:t>app\build\outputs\apk\debug\app-debug.apk</w:t>
            </w:r>
          </w:p>
        </w:tc>
      </w:tr>
    </w:tbl>
    <w:p>
      <w:pPr>
        <w:spacing w:after="0"/>
      </w:pPr>
    </w:p>
    <w:p>
      <w:pPr>
        <w:pStyle w:val="Heading2"/>
      </w:pPr>
      <w:r>
        <w:t>9.3 Install on a physical Android phone</w:t>
      </w:r>
    </w:p>
    <w:p>
      <w:pPr>
        <w:pStyle w:val="ListNumber"/>
      </w:pPr>
      <w:r>
        <w:t>Enable Developer Options by tapping Build number seven times.</w:t>
      </w:r>
    </w:p>
    <w:p>
      <w:pPr>
        <w:pStyle w:val="ListNumber"/>
      </w:pPr>
      <w:r>
        <w:t>Enable USB debugging.</w:t>
      </w:r>
    </w:p>
    <w:p>
      <w:pPr>
        <w:pStyle w:val="ListNumber"/>
      </w:pPr>
      <w:r>
        <w:t>Connect with a data-capable USB cable.</w:t>
      </w:r>
    </w:p>
    <w:p>
      <w:pPr>
        <w:pStyle w:val="ListNumber"/>
      </w:pPr>
      <w:r>
        <w:t>Accept the Allow USB debugging prompt.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F2F4F2"/>
            <w:vAlign w:val="top"/>
          </w:tcPr>
          <w:p>
            <w:pPr>
              <w:spacing w:after="0" w:before="0"/>
            </w:pPr>
            <w:r>
              <w:rPr>
                <w:rFonts w:ascii="Consolas" w:hAnsi="Consolas"/>
                <w:sz w:val="14"/>
              </w:rPr>
              <w:t>$adb = "$env:LOCALAPPDATA\Android\Sdk\platform-tools\adb.exe"</w:t>
              <w:br/>
              <w:t>&amp; $adb devices</w:t>
              <w:br/>
              <w:t>&amp; $adb install -r ".\app\build\outputs\apk\debug\app-debug.apk"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EAF4EC"/>
          </w:tcPr>
          <w:p>
            <w:r>
              <w:rPr>
                <w:b/>
              </w:rPr>
              <w:t xml:space="preserve">Note: </w:t>
            </w:r>
            <w:r>
              <w:t>Use a physical phone for real camera testing. The emulator is appropriate for Demo mode and UI work but may not behave like a device on the physical LAN.</w:t>
            </w:r>
          </w:p>
        </w:tc>
      </w:tr>
    </w:tbl>
    <w:p>
      <w:pPr>
        <w:pStyle w:val="Heading1"/>
      </w:pPr>
      <w:r>
        <w:t>10. Configure the Android app for REST</w:t>
      </w:r>
    </w:p>
    <w:p>
      <w:pPr>
        <w:pStyle w:val="ListNumber"/>
      </w:pPr>
      <w:r>
        <w:t>Open GolfCam on the Android phone.</w:t>
      </w:r>
    </w:p>
    <w:p>
      <w:pPr>
        <w:pStyle w:val="ListNumber"/>
      </w:pPr>
      <w:r>
        <w:t>Open Settings &amp; camera setup.</w:t>
      </w:r>
    </w:p>
    <w:p>
      <w:pPr>
        <w:pStyle w:val="ListNumber"/>
      </w:pPr>
      <w:r>
        <w:t>Select Real REST cameras mode.</w:t>
      </w:r>
    </w:p>
    <w:p>
      <w:pPr>
        <w:pStyle w:val="ListNumber"/>
      </w:pPr>
      <w:r>
        <w:t>Face-On base URL: http://192.168.1.119:8080</w:t>
      </w:r>
    </w:p>
    <w:p>
      <w:pPr>
        <w:pStyle w:val="ListNumber"/>
      </w:pPr>
      <w:r>
        <w:t>Down-the-Line base URL: http://192.168.1.120:8080</w:t>
      </w:r>
    </w:p>
    <w:p>
      <w:pPr>
        <w:pStyle w:val="ListNumber"/>
      </w:pPr>
      <w:r>
        <w:t>Tap Test REST camera for Face-On. Confirm healthy.</w:t>
      </w:r>
    </w:p>
    <w:p>
      <w:pPr>
        <w:pStyle w:val="ListNumber"/>
      </w:pPr>
      <w:r>
        <w:t>Tap Test REST camera for Down-the-Line. Confirm healthy.</w:t>
      </w:r>
    </w:p>
    <w:p>
      <w:pPr>
        <w:pStyle w:val="ListNumber"/>
      </w:pPr>
      <w:r>
        <w:t>Return to the capture screen. Both cameras should show ready.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EAF4EC"/>
          </w:tcPr>
          <w:p>
            <w:r>
              <w:rPr>
                <w:b/>
              </w:rPr>
              <w:t xml:space="preserve">Note: </w:t>
            </w:r>
            <w:r>
              <w:t>The addresses above are current home-network values. On the hotspot they may change. Use the editable URL fields until automatic service discovery is implemented.</w:t>
            </w:r>
          </w:p>
        </w:tc>
      </w:tr>
    </w:tbl>
    <w:p>
      <w:pPr>
        <w:pStyle w:val="Heading1"/>
      </w:pPr>
      <w:r>
        <w:t>11. Daily use from the Android app</w:t>
      </w:r>
    </w:p>
    <w:p>
      <w:pPr>
        <w:pStyle w:val="ListNumber"/>
      </w:pPr>
      <w:r>
        <w:t>Power both camera units.</w:t>
      </w:r>
    </w:p>
    <w:p>
      <w:pPr>
        <w:pStyle w:val="ListNumber"/>
      </w:pPr>
      <w:r>
        <w:t>Turn on the chosen network: home Wi-Fi or iPhone hotspot.</w:t>
      </w:r>
    </w:p>
    <w:p>
      <w:pPr>
        <w:pStyle w:val="ListNumber"/>
      </w:pPr>
      <w:r>
        <w:t>Connect the Android phone to the same network.</w:t>
      </w:r>
    </w:p>
    <w:p>
      <w:pPr>
        <w:pStyle w:val="ListNumber"/>
      </w:pPr>
      <w:r>
        <w:t>Wait 60-90 seconds for both Pis to boot and join Wi-Fi.</w:t>
      </w:r>
    </w:p>
    <w:p>
      <w:pPr>
        <w:pStyle w:val="ListNumber"/>
      </w:pPr>
      <w:r>
        <w:t>Open GolfCam.</w:t>
      </w:r>
    </w:p>
    <w:p>
      <w:pPr>
        <w:pStyle w:val="ListNumber"/>
      </w:pPr>
      <w:r>
        <w:t>Confirm Face-On and DTL are healthy/ready.</w:t>
      </w:r>
    </w:p>
    <w:p>
      <w:pPr>
        <w:pStyle w:val="ListNumber"/>
      </w:pPr>
      <w:r>
        <w:t>Position the cameras and tap Record Swing.</w:t>
      </w:r>
    </w:p>
    <w:p>
      <w:pPr>
        <w:pStyle w:val="ListNumber"/>
      </w:pPr>
      <w:r>
        <w:t>The app sends both POST /record requests concurrently.</w:t>
      </w:r>
    </w:p>
    <w:p>
      <w:pPr>
        <w:pStyle w:val="ListNumber"/>
      </w:pPr>
      <w:r>
        <w:t>Wait through Recording, Processing, and Downloading.</w:t>
      </w:r>
    </w:p>
    <w:p>
      <w:pPr>
        <w:pStyle w:val="ListNumber"/>
      </w:pPr>
      <w:r>
        <w:t>The native Swing Review opens with both local MP4 files.</w:t>
      </w:r>
    </w:p>
    <w:p>
      <w:pPr>
        <w:pStyle w:val="ListNumber"/>
      </w:pPr>
      <w:r>
        <w:t>Use Play Both, sliders, frame stepping, slow motion, sync, zoom, maximise, and impact controls.</w:t>
      </w:r>
    </w:p>
    <w:p>
      <w:pPr>
        <w:pStyle w:val="Heading1"/>
      </w:pPr>
      <w:r>
        <w:t>12. API reference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41"/>
        <w:gridCol w:w="2541"/>
        <w:gridCol w:w="2541"/>
        <w:gridCol w:w="2541"/>
      </w:tblGrid>
      <w:tr>
        <w:tc>
          <w:tcPr>
            <w:tcW w:type="dxa" w:w="2541"/>
            <w:shd w:fill="DDEBDD"/>
          </w:tcPr>
          <w:p>
            <w:r>
              <w:t>Method</w:t>
            </w:r>
          </w:p>
        </w:tc>
        <w:tc>
          <w:tcPr>
            <w:tcW w:type="dxa" w:w="2541"/>
            <w:shd w:fill="DDEBDD"/>
          </w:tcPr>
          <w:p>
            <w:r>
              <w:t>Path</w:t>
            </w:r>
          </w:p>
        </w:tc>
        <w:tc>
          <w:tcPr>
            <w:tcW w:type="dxa" w:w="2541"/>
            <w:shd w:fill="DDEBDD"/>
          </w:tcPr>
          <w:p>
            <w:r>
              <w:t>Purpose</w:t>
            </w:r>
          </w:p>
        </w:tc>
        <w:tc>
          <w:tcPr>
            <w:tcW w:type="dxa" w:w="2541"/>
            <w:shd w:fill="DDEBDD"/>
          </w:tcPr>
          <w:p>
            <w:r>
              <w:t>Success</w:t>
            </w:r>
          </w:p>
        </w:tc>
      </w:tr>
      <w:tr>
        <w:tc>
          <w:tcPr>
            <w:tcW w:type="dxa" w:w="2541"/>
          </w:tcPr>
          <w:p>
            <w:r>
              <w:t>GET</w:t>
            </w:r>
          </w:p>
        </w:tc>
        <w:tc>
          <w:tcPr>
            <w:tcW w:type="dxa" w:w="2541"/>
          </w:tcPr>
          <w:p>
            <w:r>
              <w:t>/health</w:t>
            </w:r>
          </w:p>
        </w:tc>
        <w:tc>
          <w:tcPr>
            <w:tcW w:type="dxa" w:w="2541"/>
          </w:tcPr>
          <w:p>
            <w:r>
              <w:t>Basic reachability and role</w:t>
            </w:r>
          </w:p>
        </w:tc>
        <w:tc>
          <w:tcPr>
            <w:tcW w:type="dxa" w:w="2541"/>
          </w:tcPr>
          <w:p>
            <w:r>
              <w:t>200</w:t>
            </w:r>
          </w:p>
        </w:tc>
      </w:tr>
      <w:tr>
        <w:tc>
          <w:tcPr>
            <w:tcW w:type="dxa" w:w="2541"/>
          </w:tcPr>
          <w:p>
            <w:r>
              <w:t>GET</w:t>
            </w:r>
          </w:p>
        </w:tc>
        <w:tc>
          <w:tcPr>
            <w:tcW w:type="dxa" w:w="2541"/>
          </w:tcPr>
          <w:p>
            <w:r>
              <w:t>/status</w:t>
            </w:r>
          </w:p>
        </w:tc>
        <w:tc>
          <w:tcPr>
            <w:tcW w:type="dxa" w:w="2541"/>
          </w:tcPr>
          <w:p>
            <w:r>
              <w:t>ready/recording/processing/error and file state</w:t>
            </w:r>
          </w:p>
        </w:tc>
        <w:tc>
          <w:tcPr>
            <w:tcW w:type="dxa" w:w="2541"/>
          </w:tcPr>
          <w:p>
            <w:r>
              <w:t>200</w:t>
            </w:r>
          </w:p>
        </w:tc>
      </w:tr>
      <w:tr>
        <w:tc>
          <w:tcPr>
            <w:tcW w:type="dxa" w:w="2541"/>
          </w:tcPr>
          <w:p>
            <w:r>
              <w:t>POST</w:t>
            </w:r>
          </w:p>
        </w:tc>
        <w:tc>
          <w:tcPr>
            <w:tcW w:type="dxa" w:w="2541"/>
          </w:tcPr>
          <w:p>
            <w:r>
              <w:t>/record</w:t>
            </w:r>
          </w:p>
        </w:tc>
        <w:tc>
          <w:tcPr>
            <w:tcW w:type="dxa" w:w="2541"/>
          </w:tcPr>
          <w:p>
            <w:r>
              <w:t>Start asynchronous recording</w:t>
            </w:r>
          </w:p>
        </w:tc>
        <w:tc>
          <w:tcPr>
            <w:tcW w:type="dxa" w:w="2541"/>
          </w:tcPr>
          <w:p>
            <w:r>
              <w:t>202</w:t>
            </w:r>
          </w:p>
        </w:tc>
      </w:tr>
      <w:tr>
        <w:tc>
          <w:tcPr>
            <w:tcW w:type="dxa" w:w="2541"/>
          </w:tcPr>
          <w:p>
            <w:r>
              <w:t>GET</w:t>
            </w:r>
          </w:p>
        </w:tc>
        <w:tc>
          <w:tcPr>
            <w:tcW w:type="dxa" w:w="2541"/>
          </w:tcPr>
          <w:p>
            <w:r>
              <w:t>/latest</w:t>
            </w:r>
          </w:p>
        </w:tc>
        <w:tc>
          <w:tcPr>
            <w:tcW w:type="dxa" w:w="2541"/>
          </w:tcPr>
          <w:p>
            <w:r>
              <w:t>Metadata for latest MP4</w:t>
            </w:r>
          </w:p>
        </w:tc>
        <w:tc>
          <w:tcPr>
            <w:tcW w:type="dxa" w:w="2541"/>
          </w:tcPr>
          <w:p>
            <w:r>
              <w:t>200 or 404</w:t>
            </w:r>
          </w:p>
        </w:tc>
      </w:tr>
      <w:tr>
        <w:tc>
          <w:tcPr>
            <w:tcW w:type="dxa" w:w="2541"/>
          </w:tcPr>
          <w:p>
            <w:r>
              <w:t>GET</w:t>
            </w:r>
          </w:p>
        </w:tc>
        <w:tc>
          <w:tcPr>
            <w:tcW w:type="dxa" w:w="2541"/>
          </w:tcPr>
          <w:p>
            <w:r>
              <w:t>/download/latest</w:t>
            </w:r>
          </w:p>
        </w:tc>
        <w:tc>
          <w:tcPr>
            <w:tcW w:type="dxa" w:w="2541"/>
          </w:tcPr>
          <w:p>
            <w:r>
              <w:t>Download latest MP4</w:t>
            </w:r>
          </w:p>
        </w:tc>
        <w:tc>
          <w:tcPr>
            <w:tcW w:type="dxa" w:w="2541"/>
          </w:tcPr>
          <w:p>
            <w:r>
              <w:t>200 or 404</w:t>
            </w:r>
          </w:p>
        </w:tc>
      </w:tr>
      <w:tr>
        <w:tc>
          <w:tcPr>
            <w:tcW w:type="dxa" w:w="2541"/>
          </w:tcPr>
          <w:p>
            <w:r>
              <w:t>POST</w:t>
            </w:r>
          </w:p>
        </w:tc>
        <w:tc>
          <w:tcPr>
            <w:tcW w:type="dxa" w:w="2541"/>
          </w:tcPr>
          <w:p>
            <w:r>
              <w:t>/reset</w:t>
            </w:r>
          </w:p>
        </w:tc>
        <w:tc>
          <w:tcPr>
            <w:tcW w:type="dxa" w:w="2541"/>
          </w:tcPr>
          <w:p>
            <w:r>
              <w:t>Delete latest files when idle</w:t>
            </w:r>
          </w:p>
        </w:tc>
        <w:tc>
          <w:tcPr>
            <w:tcW w:type="dxa" w:w="2541"/>
          </w:tcPr>
          <w:p>
            <w:r>
              <w:t>200 or 409</w:t>
            </w:r>
          </w:p>
        </w:tc>
      </w:tr>
    </w:tbl>
    <w:p>
      <w:pPr>
        <w:pStyle w:val="Heading1"/>
      </w:pPr>
      <w:r>
        <w:t>13. Service management and diagnostics</w:t>
      </w:r>
    </w:p>
    <w:p>
      <w:pPr>
        <w:pStyle w:val="Heading2"/>
      </w:pPr>
      <w:r>
        <w:t>13.1 golfcam1 commands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F2F4F2"/>
            <w:vAlign w:val="top"/>
          </w:tcPr>
          <w:p>
            <w:pPr>
              <w:spacing w:after="0" w:before="0"/>
            </w:pPr>
            <w:r>
              <w:rPr>
                <w:rFonts w:ascii="Consolas" w:hAnsi="Consolas"/>
                <w:sz w:val="14"/>
              </w:rPr>
              <w:t>ssh golf@golfcam1.local</w:t>
              <w:br/>
              <w:t>sudo systemctl status golfcam --no-pager</w:t>
              <w:br/>
              <w:t>sudo systemctl restart golfcam</w:t>
              <w:br/>
              <w:t>sudo journalctl -u golfcam --since "10 minutes ago" --no-pager</w:t>
              <w:br/>
              <w:t>ls -lh /home/golf/recordings/latest.h264 /home/golf/recordings/latest.mp4</w:t>
              <w:br/>
              <w:t>ffprobe -v error -show_entries format=duration,size -of default=noprint_wrappers=1 /home/golf/recordings/latest.mp4</w:t>
              <w:br/>
              <w:t>exit</w:t>
            </w:r>
          </w:p>
        </w:tc>
      </w:tr>
    </w:tbl>
    <w:p>
      <w:pPr>
        <w:spacing w:after="0"/>
      </w:pPr>
    </w:p>
    <w:p>
      <w:pPr>
        <w:pStyle w:val="Heading2"/>
      </w:pPr>
      <w:r>
        <w:t>13.2 golfcam2 commands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F2F4F2"/>
            <w:vAlign w:val="top"/>
          </w:tcPr>
          <w:p>
            <w:pPr>
              <w:spacing w:after="0" w:before="0"/>
            </w:pPr>
            <w:r>
              <w:rPr>
                <w:rFonts w:ascii="Consolas" w:hAnsi="Consolas"/>
                <w:sz w:val="14"/>
              </w:rPr>
              <w:t>ssh golf@golfcam2.local</w:t>
              <w:br/>
              <w:t>sudo systemctl status golfcam --no-pager</w:t>
              <w:br/>
              <w:t>sudo systemctl restart golfcam</w:t>
              <w:br/>
              <w:t>sudo journalctl -u golfcam --since "10 minutes ago" --no-pager</w:t>
              <w:br/>
              <w:t>ls -lh /home/golf/recordings/latest.h264 /home/golf/recordings/latest.mp4</w:t>
              <w:br/>
              <w:t>ffprobe -v error -show_entries format=duration,size -of default=noprint_wrappers=1 /home/golf/recordings/latest.mp4</w:t>
              <w:br/>
              <w:t>exit</w:t>
            </w:r>
          </w:p>
        </w:tc>
      </w:tr>
    </w:tbl>
    <w:p>
      <w:pPr>
        <w:spacing w:after="0"/>
      </w:pPr>
    </w:p>
    <w:p>
      <w:pPr>
        <w:pStyle w:val="Heading2"/>
      </w:pPr>
      <w:r>
        <w:t>13.3 Confirm that the phone really contacted the Pis</w:t>
      </w:r>
    </w:p>
    <w:p>
      <w:r>
        <w:t>The journal should show the Android phone IP making GET /health, GET /status, POST /record, repeated GET /status, and GET /download/latest requests.</w:t>
      </w:r>
    </w:p>
    <w:p>
      <w:pPr>
        <w:pStyle w:val="Heading1"/>
      </w:pPr>
      <w:r>
        <w:t>14. Troubleshooting</w:t>
      </w:r>
    </w:p>
    <w:p>
      <w:r>
        <w:rPr>
          <w:b/>
        </w:rPr>
        <w:t xml:space="preserve">App says camera unhealthy: </w:t>
      </w:r>
      <w:r>
        <w:t>Open each /health URL from Windows. Check that the phone and Pi are on the same network. Restart golfcam.service.</w:t>
      </w:r>
    </w:p>
    <w:p>
      <w:r>
        <w:rPr>
          <w:b/>
        </w:rPr>
        <w:t xml:space="preserve">Port 8080 cannot connect: </w:t>
      </w:r>
      <w:r>
        <w:t>The service is absent or stopped. Run systemctl status, inspect journalctl, and verify app.py/systemd files.</w:t>
      </w:r>
    </w:p>
    <w:p>
      <w:r>
        <w:rPr>
          <w:b/>
        </w:rPr>
        <w:t xml:space="preserve">Camera state becomes error: </w:t>
      </w:r>
      <w:r>
        <w:t>Read /status error and journal. Confirm rpicam-vid --list-cameras includes imx708 and ffmpeg exists.</w:t>
      </w:r>
    </w:p>
    <w:p>
      <w:r>
        <w:rPr>
          <w:b/>
        </w:rPr>
        <w:t xml:space="preserve">Download resets: </w:t>
      </w:r>
      <w:r>
        <w:t>Retry. Check Pi Wi-Fi, service journal, free memory, disk space, and local curl test. The Android client should retry transient failures while closing response bodies.</w:t>
      </w:r>
    </w:p>
    <w:p>
      <w:r>
        <w:rPr>
          <w:b/>
        </w:rPr>
        <w:t xml:space="preserve">Android operation failed after download: </w:t>
      </w:r>
      <w:r>
        <w:t>Inspect Logcat. Confirm OkHttp Response/ResponseBody objects are closed, files are saved under app-private captures, and both local URIs reach Media3.</w:t>
      </w:r>
    </w:p>
    <w:p>
      <w:r>
        <w:rPr>
          <w:b/>
        </w:rPr>
        <w:t xml:space="preserve">One review panel is black: </w:t>
      </w:r>
      <w:r>
        <w:t>Download that Pi video to Windows. If good on Windows, inspect Android role-to-file mapping and player surface. If black on Windows, inspect camera/ribbon.</w:t>
      </w:r>
    </w:p>
    <w:p>
      <w:r>
        <w:rPr>
          <w:b/>
        </w:rPr>
        <w:t xml:space="preserve">.local fails on Android: </w:t>
      </w:r>
      <w:r>
        <w:t>This is expected on some Android devices. Use editable numeric REST base URLs until NSD/Bonjour discovery is added.</w:t>
      </w:r>
    </w:p>
    <w:p>
      <w:r>
        <w:rPr>
          <w:b/>
        </w:rPr>
        <w:t xml:space="preserve">Home and hotspot both active: </w:t>
      </w:r>
      <w:r>
        <w:t>The higher NetworkManager autoconnect-priority is chosen. Current recommended values prefer hotspot 20 over home 10.</w:t>
      </w:r>
    </w:p>
    <w:p>
      <w:r>
        <w:rPr>
          <w:b/>
        </w:rPr>
        <w:t xml:space="preserve">No battery percentage: </w:t>
      </w:r>
      <w:r>
        <w:t>The Pimoroni LiPo SHIM does not provide a software fuel-gauge percentage. Do not invent a percentage.</w:t>
      </w:r>
    </w:p>
    <w:p>
      <w:pPr>
        <w:pStyle w:val="Heading1"/>
      </w:pPr>
      <w:r>
        <w:t>15. Current V2 boundary and next work</w:t>
      </w:r>
    </w:p>
    <w:p>
      <w:pPr>
        <w:pStyle w:val="ListBullet"/>
      </w:pPr>
      <w:r>
        <w:t>Current: Android native control and review over local REST.</w:t>
      </w:r>
    </w:p>
    <w:p>
      <w:pPr>
        <w:pStyle w:val="ListBullet"/>
      </w:pPr>
      <w:r>
        <w:t>Current: home Wi-Fi and iPhone hotspot profiles saved on both Pis.</w:t>
      </w:r>
    </w:p>
    <w:p>
      <w:pPr>
        <w:pStyle w:val="ListBullet"/>
      </w:pPr>
      <w:r>
        <w:t>Current: manual editable base URLs; automatic discovery is not yet production-ready.</w:t>
      </w:r>
    </w:p>
    <w:p>
      <w:pPr>
        <w:pStyle w:val="ListBullet"/>
      </w:pPr>
      <w:r>
        <w:t>Next: Avahi _golfcam._tcp advertisement plus Android NSD and Apple Bonjour.</w:t>
      </w:r>
    </w:p>
    <w:p>
      <w:pPr>
        <w:pStyle w:val="ListBullet"/>
      </w:pPr>
      <w:r>
        <w:t>Next: native iOS app using the same HTTP contract.</w:t>
      </w:r>
    </w:p>
    <w:p>
      <w:pPr>
        <w:pStyle w:val="ListBullet"/>
      </w:pPr>
      <w:r>
        <w:t>Next: final enclosure, battery access, tripod mount, field reliability testing.</w:t>
      </w:r>
    </w:p>
    <w:p>
      <w:pPr>
        <w:pStyle w:val="ListBullet"/>
      </w:pPr>
      <w:r>
        <w:t>Later: authentication/pairing, production WSGI server, battery fuel gauge, custom PCB, AI analysis.</w:t>
      </w:r>
    </w:p>
    <w:p>
      <w:pPr>
        <w:pStyle w:val="Heading1"/>
      </w:pPr>
      <w:r>
        <w:t>16. Validation checklist</w:t>
      </w:r>
    </w:p>
    <w:p>
      <w:pPr>
        <w:pStyle w:val="ListBullet"/>
      </w:pPr>
      <w:r>
        <w:t>[ ] Both Pis boot and connect to the selected network.</w:t>
      </w:r>
    </w:p>
    <w:p>
      <w:pPr>
        <w:pStyle w:val="ListBullet"/>
      </w:pPr>
      <w:r>
        <w:t>[ ] golfcam1 /health returns hostname golfcam1 and role face.</w:t>
      </w:r>
    </w:p>
    <w:p>
      <w:pPr>
        <w:pStyle w:val="ListBullet"/>
      </w:pPr>
      <w:r>
        <w:t>[ ] golfcam2 /health returns hostname golfcam2 and role dtl.</w:t>
      </w:r>
    </w:p>
    <w:p>
      <w:pPr>
        <w:pStyle w:val="ListBullet"/>
      </w:pPr>
      <w:r>
        <w:t>[ ] Both services are enabled and active after reboot.</w:t>
      </w:r>
    </w:p>
    <w:p>
      <w:pPr>
        <w:pStyle w:val="ListBullet"/>
      </w:pPr>
      <w:r>
        <w:t>[ ] Both cameras report imx708.</w:t>
      </w:r>
    </w:p>
    <w:p>
      <w:pPr>
        <w:pStyle w:val="ListBullet"/>
      </w:pPr>
      <w:r>
        <w:t>[ ] Both individual REST recording tests create valid MP4s.</w:t>
      </w:r>
    </w:p>
    <w:p>
      <w:pPr>
        <w:pStyle w:val="ListBullet"/>
      </w:pPr>
      <w:r>
        <w:t>[ ] The dual REST test records and downloads both views.</w:t>
      </w:r>
    </w:p>
    <w:p>
      <w:pPr>
        <w:pStyle w:val="ListBullet"/>
      </w:pPr>
      <w:r>
        <w:t>[ ] The Android app marks both cameras healthy.</w:t>
      </w:r>
    </w:p>
    <w:p>
      <w:pPr>
        <w:pStyle w:val="ListBullet"/>
      </w:pPr>
      <w:r>
        <w:t>[ ] Record Swing produces new files on both Pis.</w:t>
      </w:r>
    </w:p>
    <w:p>
      <w:pPr>
        <w:pStyle w:val="ListBullet"/>
      </w:pPr>
      <w:r>
        <w:t>[ ] Both videos download to the phone and open in Swing Review.</w:t>
      </w:r>
    </w:p>
    <w:p>
      <w:pPr>
        <w:pStyle w:val="ListBullet"/>
      </w:pPr>
      <w:r>
        <w:t>[ ] Face-On and DTL role mapping is correct.</w:t>
      </w:r>
    </w:p>
    <w:p>
      <w:pPr>
        <w:pStyle w:val="ListBullet"/>
      </w:pPr>
      <w:r>
        <w:t>[ ] Playback, sliders, frame controls, speed, sync, zoom and maximise work.</w:t>
      </w:r>
    </w:p>
    <w:p>
      <w:pPr>
        <w:pStyle w:val="ListBullet"/>
      </w:pPr>
      <w:r>
        <w:t>[ ] The system works on home Wi-Fi.</w:t>
      </w:r>
    </w:p>
    <w:p>
      <w:pPr>
        <w:pStyle w:val="ListBullet"/>
      </w:pPr>
      <w:r>
        <w:t>[ ] The system works on the iPhone hotspot after entering the current hotspot URLs.</w:t>
      </w:r>
    </w:p>
    <w:p>
      <w:pPr>
        <w:pStyle w:val="Heading1"/>
      </w:pPr>
      <w:r>
        <w:t>Update: RTSP Live Alignment Preview (Current Implementation)</w:t>
      </w:r>
    </w:p>
    <w:p>
      <w:pPr/>
      <w:r>
        <w:rPr>
          <w:b/>
        </w:rPr>
        <w:t>The previous JPEG polling alignment system has been replaced.</w:t>
        <w:br/>
      </w:r>
      <w:r>
        <w:t>Current alignment uses MediaMTX with low-latency RTSP/H.264.</w:t>
        <w:br/>
        <w:br/>
      </w:r>
      <w:r>
        <w:rPr>
          <w:b/>
        </w:rPr>
        <w:t>New architecture:</w:t>
        <w:br/>
      </w:r>
      <w:r>
        <w:t>Android Camera Alignment → Media3 RTSP → rtsp://&lt;camera-ip&gt;:8554/preview</w:t>
        <w:br/>
        <w:br/>
      </w:r>
      <w:r>
        <w:t>REST API (8080) is unchanged and is still used for discovery, health, recording, downloads and status.</w:t>
        <w:br/>
        <w:br/>
      </w:r>
      <w:r>
        <w:rPr>
          <w:b/>
        </w:rPr>
        <w:t>Additional Raspberry Pi components:</w:t>
        <w:br/>
      </w:r>
    </w:p>
    <w:p>
      <w:pPr>
        <w:pStyle w:val="ListBullet"/>
      </w:pPr>
      <w:r>
        <w:t>Install MediaMTX ARMv6 binary on both Pis.</w:t>
      </w:r>
    </w:p>
    <w:p>
      <w:pPr>
        <w:pStyle w:val="ListBullet"/>
      </w:pPr>
      <w:r>
        <w:t>Create /etc/mediamtx/mediamtx.yml.</w:t>
      </w:r>
    </w:p>
    <w:p>
      <w:pPr>
        <w:pStyle w:val="ListBullet"/>
      </w:pPr>
      <w:r>
        <w:t>Create mediamtx.service and enable it.</w:t>
      </w:r>
    </w:p>
    <w:p>
      <w:pPr>
        <w:pStyle w:val="ListBullet"/>
      </w:pPr>
      <w:r>
        <w:t>Preview URL becomes rtsp://&lt;camera-ip&gt;:8554/preview.</w:t>
      </w:r>
    </w:p>
    <w:p>
      <w:pPr>
        <w:pStyle w:val="ListBullet"/>
      </w:pPr>
      <w:r>
        <w:t>Recording service stops MediaMTX before recording and restarts it afterwards.</w:t>
      </w:r>
    </w:p>
    <w:p>
      <w:pPr>
        <w:pStyle w:val="ListBullet"/>
      </w:pPr>
      <w:r>
        <w:t>Android app now uses Media3 RTSP players instead of JPEG polling.</w:t>
      </w:r>
    </w:p>
    <w:p>
      <w:pPr>
        <w:pStyle w:val="ListBullet"/>
      </w:pPr>
      <w:r>
        <w:t>Camera Alignment releases both RTSP players before recording.</w:t>
      </w:r>
    </w:p>
    <w:p>
      <w:pPr>
        <w:pStyle w:val="Heading2"/>
      </w:pPr>
      <w:r>
        <w:t>New Ports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3389"/>
        <w:gridCol w:w="3389"/>
        <w:gridCol w:w="3389"/>
      </w:tblGrid>
      <w:tr>
        <w:tc>
          <w:tcPr>
            <w:tcW w:type="dxa" w:w="3389"/>
          </w:tcPr>
          <w:p>
            <w:r>
              <w:t>Port</w:t>
            </w:r>
          </w:p>
        </w:tc>
        <w:tc>
          <w:tcPr>
            <w:tcW w:type="dxa" w:w="3389"/>
          </w:tcPr>
          <w:p>
            <w:r>
              <w:t>Purpose</w:t>
            </w:r>
          </w:p>
        </w:tc>
        <w:tc>
          <w:tcPr>
            <w:tcW w:type="dxa" w:w="3389"/>
          </w:tcPr>
          <w:p>
            <w:r>
              <w:t>Protocol</w:t>
            </w:r>
          </w:p>
        </w:tc>
      </w:tr>
      <w:tr>
        <w:tc>
          <w:tcPr>
            <w:tcW w:type="dxa" w:w="3389"/>
          </w:tcPr>
          <w:p>
            <w:r>
              <w:t>22</w:t>
            </w:r>
          </w:p>
        </w:tc>
        <w:tc>
          <w:tcPr>
            <w:tcW w:type="dxa" w:w="3389"/>
          </w:tcPr>
          <w:p>
            <w:r>
              <w:t>SSH</w:t>
            </w:r>
          </w:p>
        </w:tc>
        <w:tc>
          <w:tcPr>
            <w:tcW w:type="dxa" w:w="3389"/>
          </w:tcPr>
          <w:p>
            <w:r>
              <w:t>SSH</w:t>
            </w:r>
          </w:p>
        </w:tc>
      </w:tr>
      <w:tr>
        <w:tc>
          <w:tcPr>
            <w:tcW w:type="dxa" w:w="3389"/>
          </w:tcPr>
          <w:p>
            <w:r>
              <w:t>8080</w:t>
            </w:r>
          </w:p>
        </w:tc>
        <w:tc>
          <w:tcPr>
            <w:tcW w:type="dxa" w:w="3389"/>
          </w:tcPr>
          <w:p>
            <w:r>
              <w:t>REST API</w:t>
            </w:r>
          </w:p>
        </w:tc>
        <w:tc>
          <w:tcPr>
            <w:tcW w:type="dxa" w:w="3389"/>
          </w:tcPr>
          <w:p>
            <w:r>
              <w:t>HTTP</w:t>
            </w:r>
          </w:p>
        </w:tc>
      </w:tr>
      <w:tr>
        <w:tc>
          <w:tcPr>
            <w:tcW w:type="dxa" w:w="3389"/>
          </w:tcPr>
          <w:p>
            <w:r>
              <w:t>8554</w:t>
            </w:r>
          </w:p>
        </w:tc>
        <w:tc>
          <w:tcPr>
            <w:tcW w:type="dxa" w:w="3389"/>
          </w:tcPr>
          <w:p>
            <w:r>
              <w:t>Live Preview</w:t>
            </w:r>
          </w:p>
        </w:tc>
        <w:tc>
          <w:tcPr>
            <w:tcW w:type="dxa" w:w="3389"/>
          </w:tcPr>
          <w:p>
            <w:r>
              <w:t>RTSP/H.264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36" w:right="1037" w:bottom="936" w:left="10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color w:val="646464"/>
        <w:sz w:val="16"/>
      </w:rPr>
      <w:t>GolfCam V2 Complete Setup Manual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2A5C38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454545"/>
      <w:sz w:val="2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2A5C38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2A5C38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sz w:val="19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sz w:val="19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